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0"/>
        <w:jc w:val="center"/>
      </w:pPr>
      <w:r>
        <w:rPr>
          <w:rFonts w:ascii="Cambria" w:hAnsi="Cambria" w:cs="Cambria" w:eastAsia="Cambria"/>
          <w:color w:val="2A2A2A"/>
          <w:sz w:val="60"/>
          <w:spacing w:val="192"/>
        </w:rPr>
        <w:t>[Your Full Name]</w:t>
      </w:r>
    </w:p>
    <w:p>
      <w:pPr>
        <w:spacing w:after="1400"/>
        <w:ind w:left="3969" w:right="3969"/>
        <w:jc w:val="center"/>
        <w:pBdr>
          <w:bottom w:val="single" w:sz="4" w:space="4" w:color="6B7280"/>
        </w:pBdr>
      </w:pPr>
      <w:r>
        <w:rPr>
          <w:sz w:val="2"/>
        </w:rPr>
        <w:t xml:space="preserve"> </w:t>
      </w:r>
    </w:p>
    <w:p>
      <w:pPr>
        <w:spacing w:after="100"/>
      </w:pPr>
      <w:r>
        <w:rPr>
          <w:rFonts w:ascii="Cambria" w:hAnsi="Cambria" w:cs="Cambria" w:eastAsia="Cambria"/>
          <w:color w:val="6B7280"/>
          <w:sz w:val="24"/>
        </w:rPr>
        <w:t>[Date — e.g., April 26, 2026]</w:t>
      </w:r>
    </w:p>
    <w:p>
      <w:pPr>
        <w:spacing w:after="0"/>
      </w:pPr>
      <w:r>
        <w:rPr>
          <w:rFonts w:ascii="Cambria" w:hAnsi="Cambria" w:cs="Cambria" w:eastAsia="Cambria"/>
          <w:color w:val="2A2A2A"/>
          <w:sz w:val="24"/>
        </w:rPr>
        <w:t xml:space="preserve">[Recipient Name]</w:t>
      </w:r>
    </w:p>
    <w:p>
      <w:pPr>
        <w:spacing w:after="0"/>
      </w:pPr>
      <w:r>
        <w:rPr>
          <w:rFonts w:ascii="Cambria" w:hAnsi="Cambria" w:cs="Cambria" w:eastAsia="Cambria"/>
          <w:color w:val="2A2A2A"/>
          <w:sz w:val="24"/>
        </w:rPr>
        <w:t xml:space="preserve">[Street Address]</w:t>
      </w:r>
    </w:p>
    <w:p>
      <w:pPr>
        <w:spacing w:after="240"/>
      </w:pPr>
      <w:r>
        <w:rPr>
          <w:rFonts w:ascii="Cambria" w:hAnsi="Cambria" w:cs="Cambria" w:eastAsia="Cambria"/>
          <w:color w:val="2A2A2A"/>
          <w:sz w:val="24"/>
        </w:rPr>
        <w:t xml:space="preserve">[City, ST 00000]</w:t>
      </w:r>
    </w:p>
    <w:p>
      <w:pPr>
        <w:spacing w:after="280"/>
      </w:pPr>
      <w:r>
        <w:rPr>
          <w:rFonts w:ascii="Cambria" w:hAnsi="Cambria" w:cs="Cambria" w:eastAsia="Cambria"/>
          <w:color w:val="2A2A2A"/>
          <w:sz w:val="24"/>
        </w:rPr>
        <w:t>Dear [Recipient],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2A2A2A"/>
          <w:sz w:val="24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2A2A2A"/>
          <w:sz w:val="24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2A2A2A"/>
          <w:sz w:val="24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mbria" w:hAnsi="Cambria" w:cs="Cambria" w:eastAsia="Cambria"/>
          <w:color w:val="2A2A2A"/>
          <w:sz w:val="24"/>
        </w:rPr>
        <w:t>With deepest sympathy,</w:t>
      </w:r>
    </w:p>
    <w:p>
      <w:pPr>
        <w:spacing w:after="0"/>
      </w:pPr>
      <w:r>
        <w:rPr>
          <w:rFonts w:ascii="Cambria" w:hAnsi="Cambria" w:cs="Cambria" w:eastAsia="Cambria"/>
          <w:i/>
          <w:color w:val="2A2A2A"/>
          <w:sz w:val="44"/>
        </w:rPr>
        <w:t>[Your Name]</w:t>
      </w:r>
    </w:p>
    <w:p>
      <w:pPr>
        <w:spacing w:after="0" w:before="400"/>
        <w:jc w:val="center"/>
      </w:pPr>
      <w:r>
        <w:rPr>
          <w:rFonts w:ascii="Cambria" w:hAnsi="Cambria" w:cs="Cambria" w:eastAsia="Cambria"/>
          <w:color w:val="6B7280"/>
          <w:sz w:val="18"/>
          <w:smallCaps w:val="true"/>
          <w:spacing w:val="160"/>
        </w:rPr>
        <w:t>[Street Address]  ·  [City]</w:t>
      </w:r>
    </w:p>
    <w:sectPr w:rsidR="00FC693F" w:rsidRPr="0006063C" w:rsidSect="00034616">
      <w:pgSz w:w="12240" w:h="15840"/>
      <w:pgMar w:top="1984" w:right="2551" w:bottom="1417" w:left="25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