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W w:w="9186" w:type="dxa"/>
        <w:tblLayout w:type="fixed"/>
      </w:tblPr>
      <w:tblGrid>
        <w:gridCol w:w="1007"/>
        <w:gridCol w:w="8179"/>
      </w:tblGrid>
      <w:tr>
        <w:tc>
          <w:tcPr>
            <w:tcW w:w="1007" w:type="dxa"/>
            <w:vAlign w:val="center"/>
          </w:tcPr>
          <w:p>
            <w:pPr>
              <w:jc w:val="left"/>
            </w:pPr>
            <w:r/>
            <w:r>
              <w:drawing>
                <wp:inline xmlns:a="http://schemas.openxmlformats.org/drawingml/2006/main" xmlns:pic="http://schemas.openxmlformats.org/drawingml/2006/picture">
                  <wp:extent cx="411480" cy="411480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id-mark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480" cy="41148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79" w:type="dxa"/>
            <w:vAlign w:val="center"/>
          </w:tcPr>
          <w:p>
            <w:pPr>
              <w:spacing w:after="40"/>
            </w:pPr>
            <w:r/>
            <w:r>
              <w:rPr>
                <w:rFonts w:ascii="Calibri" w:hAnsi="Calibri" w:cs="Calibri" w:eastAsia="Calibri"/>
                <w:b/>
                <w:color w:val="111827"/>
                <w:sz w:val="36"/>
                <w:spacing w:val="92"/>
              </w:rPr>
              <w:t>[STUDIO NAME]</w:t>
            </w:r>
          </w:p>
          <w:p>
            <w:r>
              <w:rPr>
                <w:rFonts w:ascii="Calibri" w:hAnsi="Calibri" w:cs="Calibri" w:eastAsia="Calibri"/>
                <w:b w:val="0"/>
                <w:color w:val="4B5563"/>
                <w:sz w:val="19"/>
                <w:spacing w:val="60"/>
              </w:rPr>
              <w:t>ARCHITECTURE  ·  INTERIORS</w:t>
            </w:r>
          </w:p>
        </w:tc>
      </w:tr>
    </w:tbl>
    <w:p>
      <w:pPr>
        <w:spacing w:after="1000"/>
      </w:pPr>
      <w:r>
        <w:rPr>
          <w:sz w:val="2"/>
        </w:rPr>
        <w:t xml:space="preserve"> </w:t>
      </w:r>
    </w:p>
    <w:p>
      <w:pPr>
        <w:spacing w:after="440"/>
      </w:pPr>
      <w:r>
        <w:rPr>
          <w:rFonts w:ascii="Calibri" w:hAnsi="Calibri" w:cs="Calibri" w:eastAsia="Calibri"/>
          <w:color w:val="4B5563"/>
          <w:sz w:val="22"/>
        </w:rPr>
        <w:t>[Date — e.g., April 28, 2026]</w:t>
      </w:r>
    </w:p>
    <w:p>
      <w:pPr>
        <w:spacing w:after="0"/>
      </w:pPr>
      <w:r>
        <w:rPr>
          <w:rFonts w:ascii="Calibri" w:hAnsi="Calibri" w:cs="Calibri" w:eastAsia="Calibri"/>
          <w:color w:val="1F2937"/>
          <w:sz w:val="22"/>
        </w:rPr>
        <w:t>[Recipient Name]</w:t>
      </w:r>
    </w:p>
    <w:p>
      <w:pPr>
        <w:spacing w:after="0"/>
      </w:pPr>
      <w:r>
        <w:rPr>
          <w:rFonts w:ascii="Calibri" w:hAnsi="Calibri" w:cs="Calibri" w:eastAsia="Calibri"/>
          <w:color w:val="1F2937"/>
          <w:sz w:val="22"/>
        </w:rPr>
        <w:t>[Street Address]</w:t>
      </w:r>
    </w:p>
    <w:p>
      <w:pPr>
        <w:spacing w:after="320"/>
      </w:pPr>
      <w:r>
        <w:rPr>
          <w:rFonts w:ascii="Calibri" w:hAnsi="Calibri" w:cs="Calibri" w:eastAsia="Calibri"/>
          <w:color w:val="1F2937"/>
          <w:sz w:val="22"/>
        </w:rPr>
        <w:t>[City, ST 00000]</w:t>
      </w:r>
    </w:p>
    <w:p>
      <w:pPr>
        <w:spacing w:after="280"/>
      </w:pPr>
      <w:r>
        <w:rPr>
          <w:rFonts w:ascii="Calibri" w:hAnsi="Calibri" w:cs="Calibri" w:eastAsia="Calibri"/>
          <w:color w:val="1F2937"/>
          <w:sz w:val="22"/>
        </w:rPr>
        <w:t>Dear [Recipient],</w:t>
      </w:r>
    </w:p>
    <w:p>
      <w:pPr>
        <w:spacing w:after="200"/>
      </w:pPr>
      <w:r>
        <w:rPr>
          <w:rFonts w:ascii="Calibri" w:hAnsi="Calibri" w:cs="Calibri" w:eastAsia="Calibri"/>
          <w:color w:val="1F2937"/>
          <w:sz w:val="22"/>
        </w:rPr>
        <w:t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00"/>
      </w:pPr>
      <w:r>
        <w:rPr>
          <w:rFonts w:ascii="Calibri" w:hAnsi="Calibri" w:cs="Calibri" w:eastAsia="Calibri"/>
          <w:color w:val="1F2937"/>
          <w:sz w:val="22"/>
        </w:rPr>
        <w:t>Please review the documents at your convenience and feel free to call or write with any questions. I will follow up by phone next Tuesday to confirm next steps.</w:t>
      </w:r>
    </w:p>
    <w:p>
      <w:pPr>
        <w:spacing w:after="200"/>
      </w:pPr>
      <w:r>
        <w:rPr>
          <w:rFonts w:ascii="Calibri" w:hAnsi="Calibri" w:cs="Calibri" w:eastAsia="Calibri"/>
          <w:color w:val="1F2937"/>
          <w:sz w:val="22"/>
        </w:rPr>
        <w:t>I appreciate the opportunity to be of service and look forward to continuing our work together.</w:t>
      </w:r>
    </w:p>
    <w:p>
      <w:pPr>
        <w:spacing w:after="880"/>
      </w:pPr>
      <w:r>
        <w:rPr>
          <w:rFonts w:ascii="Calibri" w:hAnsi="Calibri" w:cs="Calibri" w:eastAsia="Calibri"/>
          <w:color w:val="1F2937"/>
          <w:sz w:val="22"/>
        </w:rPr>
        <w:t>Sincerely,</w:t>
      </w:r>
    </w:p>
    <w:p>
      <w:pPr>
        <w:spacing w:after="40"/>
      </w:pPr>
      <w:r>
        <w:rPr>
          <w:rFonts w:ascii="Calibri" w:hAnsi="Calibri" w:cs="Calibri" w:eastAsia="Calibri"/>
          <w:b/>
          <w:color w:val="1F2937"/>
          <w:sz w:val="22"/>
        </w:rPr>
        <w:t>[Your Name], AIA</w:t>
      </w:r>
    </w:p>
    <w:p>
      <w:pPr>
        <w:spacing w:after="0"/>
      </w:pPr>
      <w:r>
        <w:rPr>
          <w:rFonts w:ascii="Calibri" w:hAnsi="Calibri" w:cs="Calibri" w:eastAsia="Calibri"/>
          <w:color w:val="4B5563"/>
          <w:sz w:val="21"/>
        </w:rPr>
        <w:t>Principal Architect  ·  NCARB [00,000]</w:t>
      </w:r>
    </w:p>
    <w:sectPr w:rsidR="00FC693F" w:rsidRPr="0006063C" w:rsidSect="00034616">
      <w:headerReference w:type="default" r:id="rIdHdr1Pro"/>
      <w:footerReference w:type="default" r:id="rId10"/>
      <w:pgSz w:w="12240" w:h="15840"/>
      <w:pgMar w:top="1304" w:right="1531" w:bottom="680" w:left="153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auto" w:w="0"/>
      <w:tblLayout w:type="fixed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3118"/>
      <w:gridCol w:w="3118"/>
      <w:gridCol w:w="3118"/>
    </w:tblGrid>
    <w:tr>
      <w:tc>
        <w:tcPr>
          <w:tcW w:type="dxa" w:w="3118"/>
        </w:tcPr>
        <w:p>
          <w:pPr>
            <w:spacing w:before="160" w:after="40"/>
            <w:pBdr>
              <w:top w:val="single" w:sz="6" w:space="6" w:color="111827"/>
            </w:pBdr>
          </w:pPr>
          <w:r>
            <w:rPr>
              <w:rFonts w:ascii="Calibri" w:hAnsi="Calibri" w:cs="Calibri" w:eastAsia="Calibri"/>
              <w:b/>
              <w:color w:val="9CA3AF"/>
              <w:sz w:val="16"/>
              <w:spacing w:val="52"/>
            </w:rPr>
            <w:t>STUDIO</w:t>
          </w:r>
        </w:p>
      </w:tc>
      <w:tc>
        <w:tcPr>
          <w:tcW w:type="dxa" w:w="3118"/>
        </w:tcPr>
        <w:p>
          <w:pPr>
            <w:spacing w:before="160" w:after="40"/>
            <w:pBdr>
              <w:top w:val="single" w:sz="6" w:space="6" w:color="111827"/>
            </w:pBdr>
          </w:pPr>
          <w:r>
            <w:rPr>
              <w:rFonts w:ascii="Calibri" w:hAnsi="Calibri" w:cs="Calibri" w:eastAsia="Calibri"/>
              <w:b/>
              <w:color w:val="9CA3AF"/>
              <w:sz w:val="16"/>
              <w:spacing w:val="52"/>
            </w:rPr>
            <w:t>CONTACT</w:t>
          </w:r>
        </w:p>
      </w:tc>
      <w:tc>
        <w:tcPr>
          <w:tcW w:type="dxa" w:w="3118"/>
        </w:tcPr>
        <w:p>
          <w:pPr>
            <w:spacing w:before="160" w:after="40"/>
            <w:pBdr>
              <w:top w:val="single" w:sz="6" w:space="6" w:color="111827"/>
            </w:pBdr>
          </w:pPr>
          <w:r>
            <w:rPr>
              <w:rFonts w:ascii="Calibri" w:hAnsi="Calibri" w:cs="Calibri" w:eastAsia="Calibri"/>
              <w:b/>
              <w:color w:val="9CA3AF"/>
              <w:sz w:val="16"/>
              <w:spacing w:val="52"/>
            </w:rPr>
            <w:t>ONLINE</w:t>
          </w:r>
        </w:p>
      </w:tc>
    </w:tr>
    <w:tr>
      <w:tc>
        <w:tcPr>
          <w:tcW w:type="dxa" w:w="3118"/>
        </w:tcPr>
        <w:p>
          <w:pPr>
            <w:spacing w:after="40"/>
          </w:pPr>
          <w:r/>
          <w:r>
            <w:rPr>
              <w:rFonts w:ascii="Calibri" w:hAnsi="Calibri" w:cs="Calibri" w:eastAsia="Calibri"/>
              <w:color w:val="374151"/>
              <w:sz w:val="19"/>
            </w:rPr>
            <w:t>[Studio Address]</w:t>
          </w:r>
        </w:p>
        <w:p>
          <w:pPr>
            <w:spacing w:after="160"/>
          </w:pPr>
          <w:r>
            <w:rPr>
              <w:rFonts w:ascii="Calibri" w:hAnsi="Calibri" w:cs="Calibri" w:eastAsia="Calibri"/>
              <w:color w:val="374151"/>
              <w:sz w:val="19"/>
            </w:rPr>
            <w:t>[City, ST 00000]</w:t>
          </w:r>
        </w:p>
      </w:tc>
      <w:tc>
        <w:tcPr>
          <w:tcW w:type="dxa" w:w="3118"/>
        </w:tcPr>
        <w:p>
          <w:pPr>
            <w:spacing w:after="40"/>
          </w:pPr>
          <w:r/>
          <w:r>
            <w:rPr>
              <w:rFonts w:ascii="Calibri" w:hAnsi="Calibri" w:cs="Calibri" w:eastAsia="Calibri"/>
              <w:color w:val="374151"/>
              <w:sz w:val="19"/>
            </w:rPr>
            <w:t>[Phone]</w:t>
          </w:r>
        </w:p>
        <w:p>
          <w:pPr>
            <w:spacing w:after="160"/>
          </w:pPr>
          <w:r>
            <w:rPr>
              <w:rFonts w:ascii="Calibri" w:hAnsi="Calibri" w:cs="Calibri" w:eastAsia="Calibri"/>
              <w:color w:val="374151"/>
              <w:sz w:val="19"/>
            </w:rPr>
            <w:t>[email@studio.com]</w:t>
          </w:r>
        </w:p>
      </w:tc>
      <w:tc>
        <w:tcPr>
          <w:tcW w:type="dxa" w:w="3118"/>
        </w:tcPr>
        <w:p>
          <w:pPr>
            <w:spacing w:after="40"/>
          </w:pPr>
          <w:r/>
          <w:r>
            <w:rPr>
              <w:rFonts w:ascii="Calibri" w:hAnsi="Calibri" w:cs="Calibri" w:eastAsia="Calibri"/>
              <w:color w:val="374151"/>
              <w:sz w:val="19"/>
            </w:rPr>
            <w:t>[website.com]</w:t>
          </w:r>
        </w:p>
        <w:p>
          <w:pPr>
            <w:spacing w:after="160"/>
          </w:pPr>
          <w:r>
            <w:rPr>
              <w:rFonts w:ascii="Calibri" w:hAnsi="Calibri" w:cs="Calibri" w:eastAsia="Calibri"/>
              <w:color w:val="374151"/>
              <w:sz w:val="19"/>
            </w:rPr>
            <w:t>@[handle]</w:t>
          </w:r>
        </w:p>
      </w:tc>
    </w:tr>
  </w:tbl>
</w:ftr>
</file>

<file path=word/header1.xml><?xml version="1.0" encoding="utf-8"?>
<w:hdr xmlns:w="http://schemas.openxmlformats.org/wordprocessingml/2006/main">
  <w:p>
    <w:r>
      <w:rPr/>
      <w:drawing>
        <wp:anchor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distT="0" distB="0" distL="0" distR="0" simplePos="0" relativeHeight="1" behindDoc="1" locked="0" layoutInCell="1" allowOverlap="1">
          <wp:simplePos x="0" y="0"/>
          <wp:positionH relativeFrom="page">
            <wp:posOffset>5074920</wp:posOffset>
          </wp:positionH>
          <wp:positionV relativeFrom="page">
            <wp:posOffset>3931920</wp:posOffset>
          </wp:positionV>
          <wp:extent cx="2011680" cy="2011680"/>
          <wp:effectExtent l="0" t="0" r="0" b="0"/>
          <wp:wrapNone/>
          <wp:docPr id="1" name="Watermark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" name="Watermark"/>
                  <pic:cNvPicPr/>
                </pic:nvPicPr>
                <pic:blipFill>
                  <a:blip r:embed="rIdProWmark1"/>
                  <a:stretch>
                    <a:fillRect/>
                  </a:stretch>
                </pic:blipFill>
                <pic:spPr>
                  <a:xfrm>
                    <a:off x="0" y="0"/>
                    <a:ext cx="2011680" cy="2011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footer" Target="footer1.xml"/><Relationship Id="rIdHdr1Pro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ProWmark1" Type="http://schemas.openxmlformats.org/officeDocument/2006/relationships/image" Target="media/wmark-M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