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W w:w="8841" w:type="dxa"/>
        <w:tblLayout w:type="fixed"/>
      </w:tblPr>
      <w:tblGrid>
        <w:gridCol w:w="1238"/>
        <w:gridCol w:w="7603"/>
      </w:tblGrid>
      <w:tr>
        <w:tc>
          <w:tcPr>
            <w:tcW w:w="1238" w:type="dxa"/>
            <w:vAlign w:val="center"/>
          </w:tcPr>
          <w:p>
            <w:pPr>
              <w:jc w:val="left"/>
            </w:pPr>
            <w:r/>
            <w:r>
              <w:drawing>
                <wp:inline xmlns:a="http://schemas.openxmlformats.org/drawingml/2006/main" xmlns:pic="http://schemas.openxmlformats.org/drawingml/2006/picture">
                  <wp:extent cx="502920" cy="50292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ental-circle-tooth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5029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3" w:type="dxa"/>
            <w:vAlign w:val="center"/>
          </w:tcPr>
          <w:p>
            <w:pPr>
              <w:spacing w:after="40"/>
              <w:ind w:left="200"/>
            </w:pPr>
            <w:r/>
            <w:r>
              <w:rPr>
                <w:rFonts w:ascii="Calibri" w:hAnsi="Calibri" w:cs="Calibri" w:eastAsia="Calibri"/>
                <w:b/>
                <w:color w:val="0F172A"/>
                <w:sz w:val="40"/>
              </w:rPr>
              <w:t>[Practice Name]</w:t>
            </w:r>
          </w:p>
          <w:p>
            <w:pPr>
              <w:ind w:left="200"/>
            </w:pPr>
            <w:r>
              <w:rPr>
                <w:rFonts w:ascii="Calibri" w:hAnsi="Calibri" w:cs="Calibri" w:eastAsia="Calibri"/>
                <w:color w:val="4B5563"/>
                <w:sz w:val="20"/>
              </w:rPr>
              <w:t>General  ·  Cosmetic  ·  Pediatric Dentistry</w:t>
            </w:r>
          </w:p>
        </w:tc>
      </w:tr>
    </w:tbl>
    <w:p>
      <w:pPr>
        <w:pBdr>
          <w:bottom w:val="single" w:sz="4" w:space="4" w:color="E5E7EB"/>
        </w:pBdr>
        <w:spacing w:before="400" w:after="800"/>
      </w:pPr>
      <w:r>
        <w:rPr>
          <w:sz w:val="2"/>
        </w:rPr>
        <w:t xml:space="preserve"> </w:t>
      </w:r>
    </w:p>
    <w:p>
      <w:pPr>
        <w:spacing w:after="440"/>
      </w:pPr>
      <w:r>
        <w:rPr>
          <w:rFonts w:ascii="Calibri" w:hAnsi="Calibri" w:cs="Calibri" w:eastAsia="Calibri"/>
          <w:color w:val="4B5563"/>
          <w:sz w:val="22"/>
        </w:rPr>
        <w:t>[Date — e.g., April 28, 2026]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[Street Address]</w:t>
      </w:r>
    </w:p>
    <w:p>
      <w:pPr>
        <w:spacing w:after="320"/>
      </w:pPr>
      <w:r>
        <w:rPr>
          <w:rFonts w:ascii="Calibri" w:hAnsi="Calibri" w:cs="Calibri" w:eastAsia="Calibri"/>
          <w:color w:val="1F2937"/>
          <w:sz w:val="22"/>
        </w:rPr>
        <w:t>[City, ST 00000]</w:t>
      </w:r>
    </w:p>
    <w:p>
      <w:pPr>
        <w:spacing w:after="280"/>
      </w:pPr>
      <w:r>
        <w:rPr>
          <w:rFonts w:ascii="Calibri" w:hAnsi="Calibri" w:cs="Calibri" w:eastAsia="Calibri"/>
          <w:color w:val="1F2937"/>
          <w:sz w:val="22"/>
        </w:rPr>
        <w:t>Dear [Recipient],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Please review the documents at your convenience and feel free to call or write with any questions. I will follow up by phone next Tuesday to confirm next steps.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I appreciate the opportunity to be of service and look forward to continuing our work together.</w:t>
      </w:r>
    </w:p>
    <w:p>
      <w:pPr>
        <w:spacing w:after="880"/>
      </w:pPr>
      <w:r>
        <w:rPr>
          <w:rFonts w:ascii="Calibri" w:hAnsi="Calibri" w:cs="Calibri" w:eastAsia="Calibri"/>
          <w:color w:val="1F2937"/>
          <w:sz w:val="22"/>
        </w:rPr>
        <w:t>Sincerely,</w:t>
      </w:r>
    </w:p>
    <w:p>
      <w:pPr>
        <w:spacing w:after="40"/>
      </w:pPr>
      <w:r>
        <w:rPr>
          <w:rFonts w:ascii="Calibri" w:hAnsi="Calibri" w:cs="Calibri" w:eastAsia="Calibri"/>
          <w:b/>
          <w:color w:val="1F2937"/>
          <w:sz w:val="22"/>
        </w:rPr>
        <w:t>[Your Name], D.D.S.</w:t>
      </w:r>
    </w:p>
    <w:p>
      <w:pPr>
        <w:spacing w:after="0"/>
      </w:pPr>
      <w:r>
        <w:rPr>
          <w:rFonts w:ascii="Calibri" w:hAnsi="Calibri" w:cs="Calibri" w:eastAsia="Calibri"/>
          <w:color w:val="4B5563"/>
          <w:sz w:val="21"/>
        </w:rPr>
        <w:t>General Dentist  ·  [ST] License [000.000000]</w:t>
      </w:r>
    </w:p>
    <w:sectPr w:rsidR="00FC693F" w:rsidRPr="0006063C" w:rsidSect="00034616">
      <w:footerReference w:type="default" r:id="rId10"/>
      <w:pgSz w:w="12240" w:h="15840"/>
      <w:pgMar w:top="1020" w:right="1701" w:bottom="283" w:left="1701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  <w:tblW w:w="8840" w:type="dxa"/>
      <w:tblLayout w:type="fixed"/>
    </w:tblPr>
    <w:tblGrid>
      <w:gridCol w:w="3974"/>
      <w:gridCol w:w="2217"/>
      <w:gridCol w:w="2649"/>
    </w:tblGrid>
    <w:tr>
      <w:tc>
        <w:tcPr>
          <w:tcW w:w="3974" w:type="dxa"/>
          <w:shd w:val="clear" w:color="auto" w:fill="4977A8"/>
        </w:tcPr>
        <w:p>
          <w:pPr>
            <w:spacing w:before="200" w:after="200"/>
            <w:jc w:val="left"/>
          </w:pPr>
          <w:r>
            <w:rPr>
              <w:rFonts w:ascii="Calibri" w:hAnsi="Calibri" w:cs="Calibri" w:eastAsia="Calibri"/>
              <w:color w:val="FFFFFF"/>
              <w:sz w:val="20"/>
              <w:spacing w:val="12"/>
            </w:rPr>
            <w:t>[Street Address, City ST 00000]</w:t>
          </w:r>
        </w:p>
      </w:tc>
      <w:tc>
        <w:tcPr>
          <w:tcW w:w="2217" w:type="dxa"/>
          <w:shd w:val="clear" w:color="auto" w:fill="4977A8"/>
        </w:tcPr>
        <w:p>
          <w:pPr>
            <w:spacing w:before="200" w:after="200"/>
            <w:jc w:val="center"/>
          </w:pPr>
          <w:r>
            <w:rPr>
              <w:rFonts w:ascii="Calibri" w:hAnsi="Calibri" w:cs="Calibri" w:eastAsia="Calibri"/>
              <w:color w:val="FFFFFF"/>
              <w:sz w:val="20"/>
              <w:spacing w:val="12"/>
            </w:rPr>
            <w:t>[(000) 000 0000]</w:t>
          </w:r>
        </w:p>
      </w:tc>
      <w:tc>
        <w:tcPr>
          <w:tcW w:w="2649" w:type="dxa"/>
          <w:shd w:val="clear" w:color="auto" w:fill="4977A8"/>
        </w:tcPr>
        <w:p>
          <w:pPr>
            <w:spacing w:before="200" w:after="200"/>
            <w:jc w:val="right"/>
          </w:pPr>
          <w:r>
            <w:rPr>
              <w:rFonts w:ascii="Calibri" w:hAnsi="Calibri" w:cs="Calibri" w:eastAsia="Calibri"/>
              <w:color w:val="FFFFFF"/>
              <w:sz w:val="20"/>
              <w:spacing w:val="12"/>
            </w:rPr>
            <w:t>[familydental.com]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