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60"/>
        <w:jc w:val="center"/>
      </w:pPr>
      <w:r>
        <w:drawing>
          <wp:inline xmlns:a="http://schemas.openxmlformats.org/drawingml/2006/main" xmlns:pic="http://schemas.openxmlformats.org/drawingml/2006/picture">
            <wp:extent cx="457200" cy="4572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ed-cross-circl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40"/>
        <w:jc w:val="center"/>
      </w:pPr>
      <w:r>
        <w:rPr>
          <w:rFonts w:ascii="Cambria" w:hAnsi="Cambria" w:cs="Cambria" w:eastAsia="Cambria"/>
          <w:b/>
          <w:color w:val="0A0A0A"/>
          <w:sz w:val="44"/>
        </w:rPr>
        <w:t>[Provider Name], M.D.</w:t>
      </w:r>
    </w:p>
    <w:p>
      <w:pPr>
        <w:spacing w:after="240"/>
        <w:jc w:val="center"/>
      </w:pPr>
      <w:r>
        <w:rPr>
          <w:rFonts w:ascii="Calibri" w:hAnsi="Calibri" w:cs="Calibri" w:eastAsia="Calibri"/>
          <w:color w:val="4B5563"/>
          <w:sz w:val="21"/>
        </w:rPr>
        <w:t>[Specialty]  ·  Board Certified, [Board]</w:t>
      </w:r>
    </w:p>
    <w:p>
      <w:pPr>
        <w:spacing w:after="280"/>
        <w:jc w:val="center"/>
      </w:pPr>
      <w:r>
        <w:rPr>
          <w:rFonts w:ascii="Calibri" w:hAnsi="Calibri" w:cs="Calibri" w:eastAsia="Calibri"/>
          <w:b/>
          <w:color w:val="2D5862"/>
          <w:sz w:val="20"/>
          <w:spacing w:val="56"/>
        </w:rPr>
        <w:t>[Practice Name]</w:t>
      </w:r>
    </w:p>
    <w:p>
      <w:pPr>
        <w:pBdr>
          <w:bottom w:val="single" w:sz="4" w:space="4" w:color="D1D5DB"/>
        </w:pBdr>
        <w:spacing w:after="680"/>
      </w:pPr>
      <w:r>
        <w:rPr>
          <w:sz w:val="2"/>
        </w:rPr>
        <w:t xml:space="preserve"> </w:t>
      </w:r>
    </w:p>
    <w:p>
      <w:pPr>
        <w:tabs>
          <w:tab w:pos="9354" w:val="right"/>
        </w:tabs>
        <w:spacing w:after="440"/>
      </w:pPr>
      <w:r>
        <w:rPr>
          <w:rFonts w:ascii="Calibri" w:hAnsi="Calibri" w:cs="Calibri" w:eastAsia="Calibri"/>
          <w:color w:val="4B5563"/>
          <w:sz w:val="22"/>
        </w:rPr>
        <w:t>[Date — e.g., April 28, 2026]</w:t>
      </w:r>
      <w:r>
        <w:rPr>
          <w:rFonts w:ascii="Calibri" w:hAnsi="Calibri" w:cs="Calibri" w:eastAsia="Calibri"/>
          <w:sz w:val="20"/>
        </w:rPr>
        <w:tab/>
      </w:r>
      <w:r>
        <w:rPr>
          <w:rFonts w:ascii="Consolas" w:hAnsi="Consolas" w:cs="Consolas" w:eastAsia="Consolas"/>
          <w:color w:val="4B5563"/>
          <w:sz w:val="20"/>
        </w:rPr>
        <w:t>Patient ID [00000-XX]</w:t>
      </w:r>
    </w:p>
    <w:p>
      <w:pPr>
        <w:spacing w:after="0"/>
      </w:pPr>
      <w:r>
        <w:rPr>
          <w:rFonts w:ascii="Calibri" w:hAnsi="Calibri" w:cs="Calibri" w:eastAsia="Calibri"/>
          <w:color w:val="1F2937"/>
          <w:sz w:val="22"/>
        </w:rPr>
        <w:t>[Recipient Name]</w:t>
      </w:r>
    </w:p>
    <w:p>
      <w:pPr>
        <w:spacing w:after="0"/>
      </w:pPr>
      <w:r>
        <w:rPr>
          <w:rFonts w:ascii="Calibri" w:hAnsi="Calibri" w:cs="Calibri" w:eastAsia="Calibri"/>
          <w:color w:val="1F2937"/>
          <w:sz w:val="22"/>
        </w:rPr>
        <w:t>[Street Address]</w:t>
      </w:r>
    </w:p>
    <w:p>
      <w:pPr>
        <w:spacing w:after="320"/>
      </w:pPr>
      <w:r>
        <w:rPr>
          <w:rFonts w:ascii="Calibri" w:hAnsi="Calibri" w:cs="Calibri" w:eastAsia="Calibri"/>
          <w:color w:val="1F2937"/>
          <w:sz w:val="22"/>
        </w:rPr>
        <w:t>[City, ST 00000]</w:t>
      </w:r>
    </w:p>
    <w:p>
      <w:pPr>
        <w:spacing w:after="280"/>
      </w:pPr>
      <w:r>
        <w:rPr>
          <w:rFonts w:ascii="Calibri" w:hAnsi="Calibri" w:cs="Calibri" w:eastAsia="Calibri"/>
          <w:color w:val="1F2937"/>
          <w:sz w:val="22"/>
        </w:rPr>
        <w:t>Dear [Recipient],</w:t>
      </w:r>
    </w:p>
    <w:p>
      <w:pPr>
        <w:spacing w:after="200"/>
      </w:pPr>
      <w:r>
        <w:rPr>
          <w:rFonts w:ascii="Calibri" w:hAnsi="Calibri" w:cs="Calibri" w:eastAsia="Calibri"/>
          <w:color w:val="1F2937"/>
          <w:sz w:val="22"/>
        </w:rPr>
        <w:t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00"/>
      </w:pPr>
      <w:r>
        <w:rPr>
          <w:rFonts w:ascii="Calibri" w:hAnsi="Calibri" w:cs="Calibri" w:eastAsia="Calibri"/>
          <w:color w:val="1F2937"/>
          <w:sz w:val="22"/>
        </w:rPr>
        <w:t>Please review the documents at your convenience and feel free to call or write with any questions. I will follow up by phone next Tuesday to confirm next steps.</w:t>
      </w:r>
    </w:p>
    <w:p>
      <w:pPr>
        <w:spacing w:after="200"/>
      </w:pPr>
      <w:r>
        <w:rPr>
          <w:rFonts w:ascii="Calibri" w:hAnsi="Calibri" w:cs="Calibri" w:eastAsia="Calibri"/>
          <w:color w:val="1F2937"/>
          <w:sz w:val="22"/>
        </w:rPr>
        <w:t>I appreciate the opportunity to be of service and look forward to continuing our work together.</w:t>
      </w:r>
    </w:p>
    <w:p>
      <w:pPr>
        <w:spacing w:after="880"/>
      </w:pPr>
      <w:r>
        <w:rPr>
          <w:rFonts w:ascii="Calibri" w:hAnsi="Calibri" w:cs="Calibri" w:eastAsia="Calibri"/>
          <w:color w:val="1F2937"/>
          <w:sz w:val="22"/>
        </w:rPr>
        <w:t>Sincerely,</w:t>
      </w:r>
    </w:p>
    <w:p>
      <w:pPr>
        <w:spacing w:after="40"/>
      </w:pPr>
      <w:r>
        <w:rPr>
          <w:rFonts w:ascii="Calibri" w:hAnsi="Calibri" w:cs="Calibri" w:eastAsia="Calibri"/>
          <w:b/>
          <w:color w:val="1F2937"/>
          <w:sz w:val="22"/>
        </w:rPr>
        <w:t>[Provider Name], M.D.</w:t>
      </w:r>
    </w:p>
    <w:p>
      <w:pPr>
        <w:spacing w:after="0"/>
      </w:pPr>
      <w:r>
        <w:rPr>
          <w:rFonts w:ascii="Calibri" w:hAnsi="Calibri" w:cs="Calibri" w:eastAsia="Calibri"/>
          <w:color w:val="4B5563"/>
          <w:sz w:val="21"/>
        </w:rPr>
        <w:t>[Specialty]</w:t>
      </w:r>
    </w:p>
    <w:sectPr w:rsidR="00FC693F" w:rsidRPr="0006063C" w:rsidSect="00034616">
      <w:headerReference w:type="default" r:id="rIdHdr1Pro"/>
      <w:footerReference w:type="default" r:id="rId10"/>
      <w:pgSz w:w="12240" w:h="15840"/>
      <w:pgMar w:top="1020" w:right="170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auto" w:w="0"/>
      <w:tblLayout w:type="fixed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3118"/>
      <w:gridCol w:w="3118"/>
      <w:gridCol w:w="3118"/>
    </w:tblGrid>
    <w:tr>
      <w:tc>
        <w:tcPr>
          <w:tcW w:type="dxa" w:w="3118"/>
          <w:shd w:val="clear" w:color="auto" w:fill="F9FAFB"/>
        </w:tcPr>
        <w:p>
          <w:pPr>
            <w:spacing w:before="160" w:after="40"/>
            <w:jc w:val="center"/>
          </w:pPr>
          <w:r>
            <w:rPr>
              <w:rFonts w:ascii="Calibri" w:hAnsi="Calibri" w:cs="Calibri" w:eastAsia="Calibri"/>
              <w:b/>
              <w:color w:val="9CA3AF"/>
              <w:sz w:val="16"/>
              <w:spacing w:val="44"/>
            </w:rPr>
            <w:t>OFFICE</w:t>
          </w:r>
        </w:p>
      </w:tc>
      <w:tc>
        <w:tcPr>
          <w:tcW w:type="dxa" w:w="3118"/>
          <w:shd w:val="clear" w:color="auto" w:fill="F9FAFB"/>
        </w:tcPr>
        <w:p>
          <w:pPr>
            <w:spacing w:before="160" w:after="40"/>
            <w:jc w:val="center"/>
          </w:pPr>
          <w:r>
            <w:rPr>
              <w:rFonts w:ascii="Calibri" w:hAnsi="Calibri" w:cs="Calibri" w:eastAsia="Calibri"/>
              <w:b/>
              <w:color w:val="9CA3AF"/>
              <w:sz w:val="16"/>
              <w:spacing w:val="44"/>
            </w:rPr>
            <w:t>CONTACT</w:t>
          </w:r>
        </w:p>
      </w:tc>
      <w:tc>
        <w:tcPr>
          <w:tcW w:type="dxa" w:w="3118"/>
          <w:shd w:val="clear" w:color="auto" w:fill="F9FAFB"/>
        </w:tcPr>
        <w:p>
          <w:pPr>
            <w:spacing w:before="160" w:after="40"/>
            <w:jc w:val="center"/>
          </w:pPr>
          <w:r>
            <w:rPr>
              <w:rFonts w:ascii="Calibri" w:hAnsi="Calibri" w:cs="Calibri" w:eastAsia="Calibri"/>
              <w:b/>
              <w:color w:val="9CA3AF"/>
              <w:sz w:val="16"/>
              <w:spacing w:val="44"/>
            </w:rPr>
            <w:t>CREDENTIALS</w:t>
          </w:r>
        </w:p>
      </w:tc>
    </w:tr>
    <w:tr>
      <w:tc>
        <w:tcPr>
          <w:tcW w:type="dxa" w:w="3118"/>
          <w:shd w:val="clear" w:color="auto" w:fill="F9FAFB"/>
        </w:tcPr>
        <w:p>
          <w:pPr>
            <w:spacing w:after="40"/>
            <w:jc w:val="center"/>
          </w:pPr>
          <w:r/>
          <w:r>
            <w:rPr>
              <w:rFonts w:ascii="Calibri" w:hAnsi="Calibri" w:cs="Calibri" w:eastAsia="Calibri"/>
              <w:color w:val="4B5563"/>
              <w:sz w:val="19"/>
            </w:rPr>
            <w:t>[Office Address Line 1]</w:t>
          </w:r>
        </w:p>
        <w:p>
          <w:pPr>
            <w:spacing w:after="160"/>
            <w:jc w:val="center"/>
          </w:pPr>
          <w:r>
            <w:rPr>
              <w:rFonts w:ascii="Calibri" w:hAnsi="Calibri" w:cs="Calibri" w:eastAsia="Calibri"/>
              <w:color w:val="4B5563"/>
              <w:sz w:val="19"/>
            </w:rPr>
            <w:t>[City, ST 00000]</w:t>
          </w:r>
        </w:p>
      </w:tc>
      <w:tc>
        <w:tcPr>
          <w:tcW w:type="dxa" w:w="3118"/>
          <w:shd w:val="clear" w:color="auto" w:fill="F9FAFB"/>
        </w:tcPr>
        <w:p>
          <w:pPr>
            <w:spacing w:after="40"/>
            <w:jc w:val="center"/>
          </w:pPr>
          <w:r/>
          <w:r>
            <w:rPr>
              <w:rFonts w:ascii="Calibri" w:hAnsi="Calibri" w:cs="Calibri" w:eastAsia="Calibri"/>
              <w:color w:val="4B5563"/>
              <w:sz w:val="19"/>
            </w:rPr>
            <w:t>[Phone]</w:t>
          </w:r>
        </w:p>
        <w:p>
          <w:pPr>
            <w:spacing w:after="160"/>
            <w:jc w:val="center"/>
          </w:pPr>
          <w:r>
            <w:rPr>
              <w:rFonts w:ascii="Calibri" w:hAnsi="Calibri" w:cs="Calibri" w:eastAsia="Calibri"/>
              <w:color w:val="4B5563"/>
              <w:sz w:val="19"/>
            </w:rPr>
            <w:t>[email@practice.com]</w:t>
          </w:r>
        </w:p>
      </w:tc>
      <w:tc>
        <w:tcPr>
          <w:tcW w:type="dxa" w:w="3118"/>
          <w:shd w:val="clear" w:color="auto" w:fill="F9FAFB"/>
        </w:tcPr>
        <w:p>
          <w:pPr>
            <w:spacing w:after="40"/>
            <w:jc w:val="center"/>
          </w:pPr>
          <w:r/>
          <w:r>
            <w:rPr>
              <w:rFonts w:ascii="Calibri" w:hAnsi="Calibri" w:cs="Calibri" w:eastAsia="Calibri"/>
              <w:color w:val="4B5563"/>
              <w:sz w:val="19"/>
            </w:rPr>
            <w:t>NPI [0000000000]</w:t>
          </w:r>
        </w:p>
        <w:p>
          <w:pPr>
            <w:spacing w:after="160"/>
            <w:jc w:val="center"/>
          </w:pPr>
          <w:r>
            <w:rPr>
              <w:rFonts w:ascii="Calibri" w:hAnsi="Calibri" w:cs="Calibri" w:eastAsia="Calibri"/>
              <w:color w:val="4B5563"/>
              <w:sz w:val="19"/>
            </w:rPr>
            <w:t>[ST] License [000.000000]</w:t>
          </w:r>
        </w:p>
      </w:tc>
    </w:tr>
  </w:tbl>
</w:ftr>
</file>

<file path=word/header1.xml><?xml version="1.0" encoding="utf-8"?>
<w:hdr xmlns:w="http://schemas.openxmlformats.org/wordprocessingml/2006/main">
  <w:p>
    <w:r>
      <w:rPr/>
      <w:drawing>
        <wp:anchor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distT="0" distB="0" distL="0" distR="0" simplePos="0" relativeHeight="1" behindDoc="1" locked="0" layoutInCell="1" allowOverlap="1">
          <wp:simplePos x="0" y="0"/>
          <wp:positionH relativeFrom="page">
            <wp:posOffset>4983480</wp:posOffset>
          </wp:positionH>
          <wp:positionV relativeFrom="page">
            <wp:posOffset>3749039</wp:posOffset>
          </wp:positionV>
          <wp:extent cx="1920240" cy="1920240"/>
          <wp:effectExtent l="0" t="0" r="0" b="0"/>
          <wp:wrapNone/>
          <wp:docPr id="1" name="Watermark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" name="Watermark"/>
                  <pic:cNvPicPr/>
                </pic:nvPicPr>
                <pic:blipFill>
                  <a:blip r:embed="rIdProWmark1"/>
                  <a:stretch>
                    <a:fillRect/>
                  </a:stretch>
                </pic:blipFill>
                <pic:spPr>
                  <a:xfrm>
                    <a:off x="0" y="0"/>
                    <a:ext cx="1920240" cy="1920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footer" Target="footer1.xml"/><Relationship Id="rIdHdr1Pro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ProWmark1" Type="http://schemas.openxmlformats.org/officeDocument/2006/relationships/image" Target="media/wmark-H-teal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