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footer1.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0"/>
      </w:pPr>
      <w:r>
        <w:rPr>
          <w:rFonts w:ascii="Calibri" w:hAnsi="Calibri" w:cs="Calibri"/>
          <w:color w:val="1F2937"/>
          <w:sz w:val="2"/>
        </w:rPr>
        <w:t xml:space="preserve"> </w:t>
      </w:r>
    </w:p>
    <w:tbl>
      <w:tblPr>
        <w:tblW w:w="10380" w:type="dxa"/>
        <w:tblInd w:w="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930"/>
        <w:gridCol w:w="8700"/>
        <w:gridCol w:w="750"/>
      </w:tblGrid>
      <w:tr>
        <w:tc>
          <w:tcPr>
            <w:tcW w:w="930" w:type="dxa"/>
            <w:vAlign w:val="center"/>
          </w:tcPr>
          <w:p>
            <w:pPr>
              <w:spacing w:before="0" w:after="0"/>
            </w:pPr>
            <w:r>
              <w:drawing>
                <wp:inline xmlns:a="http://schemas.openxmlformats.org/drawingml/2006/main" xmlns:pic="http://schemas.openxmlformats.org/drawingml/2006/picture">
                  <wp:extent cx="457200" cy="457200"/>
                  <wp:docPr id="61" name="tools.png"/>
                  <wp:cNvGraphicFramePr>
                    <a:graphicFrameLocks noChangeAspect="1"/>
                  </wp:cNvGraphicFramePr>
                  <a:graphic>
                    <a:graphicData uri="http://schemas.openxmlformats.org/drawingml/2006/picture">
                      <pic:pic>
                        <pic:nvPicPr>
                          <pic:cNvPr id="0" name="tools.png"/>
                          <pic:cNvPicPr/>
                        </pic:nvPicPr>
                        <pic:blipFill>
                          <a:blip r:embed="rId60"/>
                          <a:stretch>
                            <a:fillRect/>
                          </a:stretch>
                        </pic:blipFill>
                        <pic:spPr>
                          <a:xfrm>
                            <a:off x="0" y="0"/>
                            <a:ext cx="457200" cy="457200"/>
                          </a:xfrm>
                          <a:prstGeom prst="rect">
                            <a:avLst/>
                          </a:prstGeom>
                        </pic:spPr>
                      </pic:pic>
                    </a:graphicData>
                  </a:graphic>
                </wp:inline>
              </w:drawing>
            </w:r>
          </w:p>
        </w:tc>
        <w:tc>
          <w:tcPr>
            <w:tcW w:w="8700" w:type="dxa"/>
            <w:vAlign w:val="center"/>
          </w:tcPr>
          <w:p>
            <w:pPr>
              <w:spacing w:before="0" w:after="30"/>
            </w:pPr>
            <w:r>
              <w:rPr>
                <w:rFonts w:ascii="Calibri" w:hAnsi="Calibri" w:cs="Calibri"/>
                <w:b/>
                <w:color w:val="2B3A4A"/>
                <w:sz w:val="36"/>
              </w:rPr>
              <w:t xml:space="preserve">[Management Company Name]</w:t>
            </w:r>
          </w:p>
          <w:p>
            <w:pPr>
              <w:spacing w:before="0" w:after="0"/>
            </w:pPr>
            <w:r>
              <w:rPr>
                <w:rFonts w:ascii="Calibri" w:hAnsi="Calibri" w:cs="Calibri"/>
                <w:color w:val="5B6472"/>
                <w:sz w:val="15"/>
              </w:rPr>
              <w:t xml:space="preserve">Maintenance Division · Turns · Preventive Maintenance</w:t>
            </w:r>
          </w:p>
        </w:tc>
        <w:tc>
          <w:tcPr>
            <w:tcW w:w="750" w:type="dxa"/>
            <w:vAlign w:val="center"/>
          </w:tcPr>
          <w:p>
            <w:pPr>
              <w:spacing w:before="0" w:after="0"/>
              <w:jc w:val="right"/>
            </w:pPr>
            <w:r>
              <w:drawing>
                <wp:inline xmlns:a="http://schemas.openxmlformats.org/drawingml/2006/main" xmlns:pic="http://schemas.openxmlformats.org/drawingml/2006/picture">
                  <wp:extent cx="409575" cy="533400"/>
                  <wp:docPr id="62" name="clip.png"/>
                  <wp:cNvGraphicFramePr>
                    <a:graphicFrameLocks noChangeAspect="1"/>
                  </wp:cNvGraphicFramePr>
                  <a:graphic>
                    <a:graphicData uri="http://schemas.openxmlformats.org/drawingml/2006/picture">
                      <pic:pic>
                        <pic:nvPicPr>
                          <pic:cNvPr id="0" name="clip.png"/>
                          <pic:cNvPicPr/>
                        </pic:nvPicPr>
                        <pic:blipFill>
                          <a:blip r:embed="rId61"/>
                          <a:stretch>
                            <a:fillRect/>
                          </a:stretch>
                        </pic:blipFill>
                        <pic:spPr>
                          <a:xfrm>
                            <a:off x="0" y="0"/>
                            <a:ext cx="409575" cy="533400"/>
                          </a:xfrm>
                          <a:prstGeom prst="rect">
                            <a:avLst/>
                          </a:prstGeom>
                        </pic:spPr>
                      </pic:pic>
                    </a:graphicData>
                  </a:graphic>
                </wp:inline>
              </w:drawing>
            </w:r>
          </w:p>
        </w:tc>
      </w:tr>
    </w:tbl>
    <w:p>
      <w:pPr>
        <w:pBdr>
          <w:bottom w:val="single" w:sz="24" w:space="4" w:color="C08A2E"/>
        </w:pBdr>
        <w:spacing w:before="0" w:after="0" w:line="180" w:lineRule="exact"/>
        <w:ind w:left="930" w:right="930"/>
      </w:pPr>
    </w:p>
    <w:p>
      <w:pPr>
        <w:pBdr>
          <w:bottom w:val="single" w:sz="6" w:space="4" w:color="2B3A4A"/>
        </w:pBdr>
        <w:spacing w:before="0" w:after="430" w:line="40" w:lineRule="exact"/>
        <w:ind w:left="930" w:right="930"/>
      </w:pPr>
    </w:p>
    <w:p>
      <w:pPr>
        <w:spacing w:before="0" w:after="240"/>
        <w:ind w:left="930" w:right="930"/>
      </w:pPr>
      <w:r>
        <w:rPr>
          <w:rFonts w:ascii="Calibri" w:hAnsi="Calibri" w:cs="Calibri"/>
          <w:color w:val="5B6472"/>
          <w:sz w:val="21"/>
        </w:rPr>
        <w:t xml:space="preserve">[Month DD, YYYY]</w:t>
      </w:r>
    </w:p>
    <w:p>
      <w:pPr>
        <w:spacing w:before="0" w:after="0"/>
        <w:ind w:left="930" w:right="930"/>
      </w:pPr>
      <w:r>
        <w:rPr>
          <w:rFonts w:ascii="Calibri" w:hAnsi="Calibri" w:cs="Calibri"/>
          <w:color w:val="1F2937"/>
          <w:sz w:val="21"/>
        </w:rPr>
        <w:t xml:space="preserve">[Recipient Name]</w:t>
      </w:r>
    </w:p>
    <w:p>
      <w:pPr>
        <w:spacing w:before="0" w:after="0"/>
        <w:ind w:left="930" w:right="930"/>
      </w:pPr>
      <w:r>
        <w:rPr>
          <w:rFonts w:ascii="Calibri" w:hAnsi="Calibri" w:cs="Calibri"/>
          <w:color w:val="1F2937"/>
          <w:sz w:val="21"/>
        </w:rPr>
        <w:t xml:space="preserve">[Street Address]</w:t>
      </w:r>
    </w:p>
    <w:p>
      <w:pPr>
        <w:spacing w:before="0" w:after="0"/>
        <w:ind w:left="930" w:right="930"/>
      </w:pPr>
      <w:r>
        <w:rPr>
          <w:rFonts w:ascii="Calibri" w:hAnsi="Calibri" w:cs="Calibri"/>
          <w:color w:val="1F2937"/>
          <w:sz w:val="21"/>
        </w:rPr>
        <w:t xml:space="preserve">[City, ST 00000]</w:t>
      </w:r>
    </w:p>
    <w:p>
      <w:pPr>
        <w:spacing w:before="220" w:after="160"/>
        <w:ind w:left="930" w:right="930"/>
      </w:pPr>
      <w:r>
        <w:rPr>
          <w:rFonts w:ascii="Calibri" w:hAnsi="Calibri" w:cs="Calibri"/>
          <w:color w:val="1F2937"/>
          <w:sz w:val="21"/>
        </w:rPr>
        <w:t xml:space="preserve">Dear [Recipient Name]:</w:t>
      </w:r>
    </w:p>
    <w:p>
      <w:pPr>
        <w:spacing w:before="0" w:after="180"/>
        <w:ind w:left="930" w:right="930"/>
      </w:pPr>
      <w:r>
        <w:rPr>
          <w:rFonts w:ascii="Calibri" w:hAnsi="Calibri" w:cs="Calibri"/>
          <w:color w:val="1F2937"/>
          <w:sz w:val="21"/>
        </w:rPr>
        <w:t xml:space="preserve">Thank you for your recent correspondence regarding [Property Name]. This letter confirms what we discussed and sets out the next steps, the responsible party for each, and the dates by which you can expect them to be complete.</w:t>
      </w:r>
    </w:p>
    <w:p>
      <w:pPr>
        <w:spacing w:before="0" w:after="180"/>
        <w:ind w:left="930" w:right="930"/>
      </w:pPr>
      <w:r>
        <w:rPr>
          <w:rFonts w:ascii="Calibri" w:hAnsi="Calibri" w:cs="Calibri"/>
          <w:color w:val="1F2937"/>
          <w:sz w:val="21"/>
        </w:rPr>
        <w:t xml:space="preserve">Our vendor has been scheduled for [date] between [time window]; you will receive a reminder the business day prior. Per the terms of the lease and applicable notice requirements, this letter also serves as written notice of entry for that appointment. If the window does not work, please contact our office at least [00] hours in advance and we will reschedule at no charge.</w:t>
      </w:r>
    </w:p>
    <w:p>
      <w:pPr>
        <w:spacing w:before="0" w:after="180"/>
        <w:ind w:left="930" w:right="930"/>
      </w:pPr>
      <w:r>
        <w:rPr>
          <w:rFonts w:ascii="Calibri" w:hAnsi="Calibri" w:cs="Calibri"/>
          <w:color w:val="1F2937"/>
          <w:sz w:val="21"/>
        </w:rPr>
        <w:t xml:space="preserve">A copy of this correspondence has been placed in the property file. If you have questions about the work, the schedule, or your account, our management team is available during posted office hours and our emergency line is staffed around the clock.</w:t>
      </w:r>
    </w:p>
    <w:p>
      <w:pPr>
        <w:spacing w:before="180" w:after="480"/>
        <w:ind w:left="930" w:right="930"/>
      </w:pPr>
      <w:r>
        <w:rPr>
          <w:rFonts w:ascii="Calibri" w:hAnsi="Calibri" w:cs="Calibri"/>
          <w:color w:val="1F2937"/>
          <w:sz w:val="21"/>
        </w:rPr>
        <w:t xml:space="preserve">Sincerely,</w:t>
      </w:r>
    </w:p>
    <w:p>
      <w:pPr>
        <w:spacing w:before="0" w:after="30"/>
        <w:ind w:left="930" w:right="930"/>
      </w:pPr>
      <w:r>
        <w:rPr>
          <w:rFonts w:ascii="Calibri" w:hAnsi="Calibri" w:cs="Calibri"/>
          <w:b/>
          <w:color w:val="1F2937"/>
          <w:sz w:val="21"/>
        </w:rPr>
        <w:t xml:space="preserve">[Your Name]</w:t>
      </w:r>
    </w:p>
    <w:p>
      <w:pPr>
        <w:spacing w:before="0" w:after="0"/>
        <w:ind w:left="930" w:right="930"/>
      </w:pPr>
      <w:r>
        <w:rPr>
          <w:rFonts w:ascii="Calibri" w:hAnsi="Calibri" w:cs="Calibri"/>
          <w:color w:val="5B6472"/>
          <w:sz w:val="17"/>
        </w:rPr>
        <w:t xml:space="preserve">[Title] · Maintenance Supervisor</w:t>
      </w:r>
    </w:p>
    <w:sectPr>
      <w:footerReference w:type="default" r:id="rId80"/>
      <w:pgSz w:w="12240" w:h="15840"/>
      <w:pgMar w:top="705" w:right="0" w:bottom="2080" w:left="0" w:header="720" w:footer="38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Bdr>
        <w:top w:val="single" w:sz="6" w:space="6" w:color="2B3A4A"/>
      </w:pBdr>
      <w:shd w:val="clear" w:color="auto" w:fill="F5F5F2"/>
      <w:spacing w:before="0" w:after="0" w:line="40" w:lineRule="exact"/>
    </w:pPr>
  </w:p>
  <w:tbl>
    <w:tblPr>
      <w:tblW w:w="12760" w:type="dxa"/>
      <w:tblInd w:w="-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Pr>
    <w:tblGrid>
      <w:gridCol w:w="1190"/>
      <w:gridCol w:w="3460"/>
      <w:gridCol w:w="3460"/>
      <w:gridCol w:w="3460"/>
      <w:gridCol w:w="1190"/>
    </w:tblGrid>
    <w:tr>
      <w:tc>
        <w:tcPr>
          <w:tcW w:w="1190" w:type="dxa"/>
          <w:shd w:val="clear" w:color="auto" w:fill="F5F5F2"/>
          <w:tcMar>
            <w:left w:w="0" w:type="dxa"/>
            <w:right w:w="0" w:type="dxa"/>
          </w:tcMar>
          <w:vAlign w:val="top"/>
        </w:tcPr>
        <w:p>
          <w:pPr>
            <w:spacing w:before="0" w:after="0"/>
          </w:pPr>
        </w:p>
      </w:tc>
      <w:tc>
        <w:tcPr>
          <w:tcW w:w="3460" w:type="dxa"/>
          <w:shd w:val="clear" w:color="auto" w:fill="F5F5F2"/>
          <w:tcMar>
            <w:left w:w="0" w:type="dxa"/>
            <w:right w:w="0" w:type="dxa"/>
          </w:tcMar>
          <w:vAlign w:val="top"/>
        </w:tcPr>
        <w:p>
          <w:pPr>
            <w:spacing w:before="0" w:after="40"/>
          </w:pPr>
          <w:r>
            <w:rPr>
              <w:rFonts w:ascii="Calibri" w:hAnsi="Calibri" w:cs="Calibri"/>
              <w:b/>
              <w:caps w:val="true"/>
              <w:color w:val="2B3A4A"/>
              <w:spacing w:val="26"/>
              <w:sz w:val="13"/>
            </w:rPr>
            <w:t xml:space="preserve">Dispatch</w:t>
          </w:r>
        </w:p>
        <w:p>
          <w:pPr>
            <w:spacing w:before="0" w:after="0"/>
          </w:pPr>
          <w:r>
            <w:rPr>
              <w:rFonts w:ascii="Calibri" w:hAnsi="Calibri" w:cs="Calibri"/>
              <w:color w:val="4B5563"/>
              <w:sz w:val="17"/>
            </w:rPr>
            <w:t xml:space="preserve">[(000) 000-0000]</w:t>
          </w:r>
        </w:p>
        <w:p>
          <w:pPr>
            <w:spacing w:before="0" w:after="0"/>
          </w:pPr>
          <w:r>
            <w:rPr>
              <w:rFonts w:ascii="Calibri" w:hAnsi="Calibri" w:cs="Calibri"/>
              <w:color w:val="4B5563"/>
              <w:sz w:val="17"/>
            </w:rPr>
            <w:t xml:space="preserve">[dispatch@company.com]</w:t>
          </w:r>
        </w:p>
      </w:tc>
      <w:tc>
        <w:tcPr>
          <w:tcW w:w="3460" w:type="dxa"/>
          <w:shd w:val="clear" w:color="auto" w:fill="F5F5F2"/>
          <w:tcMar>
            <w:left w:w="0" w:type="dxa"/>
            <w:right w:w="0" w:type="dxa"/>
          </w:tcMar>
          <w:vAlign w:val="top"/>
        </w:tcPr>
        <w:p>
          <w:pPr>
            <w:spacing w:before="0" w:after="40"/>
          </w:pPr>
          <w:r>
            <w:rPr>
              <w:rFonts w:ascii="Calibri" w:hAnsi="Calibri" w:cs="Calibri"/>
              <w:b/>
              <w:caps w:val="true"/>
              <w:color w:val="2B3A4A"/>
              <w:spacing w:val="26"/>
              <w:sz w:val="13"/>
            </w:rPr>
            <w:t xml:space="preserve">Vendors</w:t>
          </w:r>
        </w:p>
        <w:p>
          <w:pPr>
            <w:spacing w:before="0" w:after="0"/>
          </w:pPr>
          <w:r>
            <w:rPr>
              <w:rFonts w:ascii="Calibri" w:hAnsi="Calibri" w:cs="Calibri"/>
              <w:color w:val="4B5563"/>
              <w:sz w:val="17"/>
            </w:rPr>
            <w:t xml:space="preserve">[(000) 000-0001]</w:t>
          </w:r>
        </w:p>
        <w:p>
          <w:pPr>
            <w:spacing w:before="0" w:after="0"/>
          </w:pPr>
          <w:r>
            <w:rPr>
              <w:rFonts w:ascii="Calibri" w:hAnsi="Calibri" w:cs="Calibri"/>
              <w:color w:val="4B5563"/>
              <w:sz w:val="17"/>
            </w:rPr>
            <w:t xml:space="preserve">[vendors@company.com]</w:t>
          </w:r>
        </w:p>
      </w:tc>
      <w:tc>
        <w:tcPr>
          <w:tcW w:w="3460" w:type="dxa"/>
          <w:shd w:val="clear" w:color="auto" w:fill="F5F5F2"/>
          <w:tcMar>
            <w:left w:w="0" w:type="dxa"/>
            <w:right w:w="0" w:type="dxa"/>
          </w:tcMar>
          <w:vAlign w:val="top"/>
        </w:tcPr>
        <w:p>
          <w:pPr>
            <w:spacing w:before="0" w:after="40"/>
          </w:pPr>
          <w:r>
            <w:rPr>
              <w:rFonts w:ascii="Calibri" w:hAnsi="Calibri" w:cs="Calibri"/>
              <w:b/>
              <w:caps w:val="true"/>
              <w:color w:val="2B3A4A"/>
              <w:spacing w:val="26"/>
              <w:sz w:val="13"/>
            </w:rPr>
            <w:t xml:space="preserve">Emergency · 24 Hr</w:t>
          </w:r>
        </w:p>
        <w:p>
          <w:pPr>
            <w:spacing w:before="0" w:after="0"/>
          </w:pPr>
          <w:r>
            <w:rPr>
              <w:rFonts w:ascii="Calibri" w:hAnsi="Calibri" w:cs="Calibri"/>
              <w:color w:val="4B5563"/>
              <w:sz w:val="17"/>
            </w:rPr>
            <w:t xml:space="preserve">[(000) 000-0000]</w:t>
          </w:r>
        </w:p>
        <w:p>
          <w:pPr>
            <w:spacing w:before="0" w:after="0"/>
          </w:pPr>
          <w:r>
            <w:rPr>
              <w:rFonts w:ascii="Calibri" w:hAnsi="Calibri" w:cs="Calibri"/>
              <w:color w:val="4B5563"/>
              <w:sz w:val="17"/>
            </w:rPr>
            <w:t xml:space="preserve">Always staffed</w:t>
          </w:r>
        </w:p>
      </w:tc>
      <w:tc>
        <w:tcPr>
          <w:tcW w:w="1190" w:type="dxa"/>
          <w:shd w:val="clear" w:color="auto" w:fill="F5F5F2"/>
          <w:tcMar>
            <w:left w:w="0" w:type="dxa"/>
            <w:right w:w="0" w:type="dxa"/>
          </w:tcMar>
          <w:vAlign w:val="top"/>
        </w:tcPr>
        <w:p>
          <w:pPr>
            <w:spacing w:before="0" w:after="0"/>
          </w:pPr>
        </w:p>
      </w:tc>
    </w:tr>
  </w:tbl>
  <w:p>
    <w:pPr>
      <w:shd w:val="clear" w:color="auto" w:fill="F5F5F2"/>
      <w:tabs>
        <w:tab w:pos="930" w:val="left"/>
      </w:tabs>
      <w:spacing w:before="0" w:after="0"/>
    </w:pPr>
    <w:r>
      <w:rPr>
        <w:rFonts w:ascii="Calibri" w:hAnsi="Calibri"/>
        <w:sz w:val="13"/>
      </w:rPr>
      <w:tab/>
    </w:r>
    <w:r>
      <w:rPr>
        <w:rFonts w:ascii="Calibri" w:hAnsi="Calibri" w:cs="Calibri"/>
        <w:caps w:val="true"/>
        <w:color w:val="5B6472"/>
        <w:spacing w:val="22"/>
        <w:sz w:val="13"/>
      </w:rPr>
      <w:t xml:space="preserve">EQUAL HOUSING OPPORTUNITY · LICENSED PROPERTY MANAGER · [ADD YOUR REQUIRED DISCLOSURES]</w:t>
    </w:r>
  </w:p>
  <w:p>
    <w:pPr>
      <w:shd w:val="clear" w:color="auto" w:fill="F5F5F2"/>
      <w:spacing w:before="0" w:after="0" w:line="40" w:lineRule="exact"/>
    </w:pP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isplayBackgroundShape/>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80" Type="http://schemas.openxmlformats.org/officeDocument/2006/relationships/footer" Target="footer1.xml"/><Relationship Id="rId60" Type="http://schemas.openxmlformats.org/officeDocument/2006/relationships/image" Target="media/tools.png"/><Relationship Id="rId61" Type="http://schemas.openxmlformats.org/officeDocument/2006/relationships/image" Target="media/clip.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