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60"/>
      </w:pPr>
      <w:r>
        <w:rPr>
          <w:rFonts w:ascii="Calibri" w:hAnsi="Calibri" w:cs="Calibri" w:eastAsia="Calibri"/>
          <w:b/>
          <w:color w:val="0A0A0A"/>
          <w:sz w:val="48"/>
          <w:spacing w:val="40"/>
        </w:rPr>
        <w:t>[YOUR DEVELOPMENT]</w:t>
      </w:r>
    </w:p>
    <w:p>
      <w:pPr>
        <w:spacing w:after="480"/>
        <w:shd w:val="clear" w:color="auto" w:fill="F8F8F4"/>
      </w:pPr>
      <w:r>
        <w:rPr>
          <w:rFonts w:ascii="Calibri" w:hAnsi="Calibri" w:cs="Calibri" w:eastAsia="Calibri"/>
          <w:color w:val="0A0A0A"/>
          <w:sz w:val="18"/>
          <w:spacing w:val="48"/>
        </w:rPr>
        <w:t xml:space="preserve">  NOW BUILDING  |  [Project A]  |  [Project B]  |  [Project C]  </w:t>
      </w:r>
    </w:p>
    <w:p>
      <w:pPr>
        <w:spacing w:after="100"/>
      </w:pPr>
      <w:r>
        <w:rPr>
          <w:rFonts w:ascii="Calibri" w:hAnsi="Calibri" w:cs="Calibri" w:eastAsia="Calibri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libri" w:hAnsi="Calibri" w:cs="Calibri" w:eastAsia="Calibri"/>
          <w:color w:val="0A0A0A"/>
          <w:sz w:val="22"/>
        </w:rPr>
        <w:t xml:space="preserve">[Recipient Name]</w:t>
      </w:r>
    </w:p>
    <w:p>
      <w:pPr>
        <w:spacing w:after="0"/>
      </w:pPr>
      <w:r>
        <w:rPr>
          <w:rFonts w:ascii="Calibri" w:hAnsi="Calibri" w:cs="Calibri" w:eastAsia="Calibri"/>
          <w:color w:val="0A0A0A"/>
          <w:sz w:val="22"/>
        </w:rPr>
        <w:t xml:space="preserve">[Street Address]</w:t>
      </w:r>
    </w:p>
    <w:p>
      <w:pPr>
        <w:spacing w:after="240"/>
      </w:pPr>
      <w:r>
        <w:rPr>
          <w:rFonts w:ascii="Calibri" w:hAnsi="Calibri" w:cs="Calibri" w:eastAsia="Calibri"/>
          <w:color w:val="0A0A0A"/>
          <w:sz w:val="22"/>
        </w:rPr>
        <w:t xml:space="preserve">[City, ST 00000]</w:t>
      </w:r>
    </w:p>
    <w:p>
      <w:pPr>
        <w:spacing w:after="240"/>
      </w:pPr>
      <w:r>
        <w:rPr>
          <w:rFonts w:ascii="Calibri" w:hAnsi="Calibri" w:cs="Calibri" w:eastAsia="Calibri"/>
          <w:color w:val="0A0A0A"/>
          <w:sz w:val="22"/>
        </w:rPr>
        <w:t>Dear [Recipient],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0A0A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0A0A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0A0A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libri" w:hAnsi="Calibri" w:cs="Calibri" w:eastAsia="Calibri"/>
          <w:color w:val="0A0A0A"/>
          <w:sz w:val="22"/>
        </w:rPr>
        <w:t>Sincerely,</w:t>
      </w:r>
    </w:p>
    <w:p>
      <w:pPr>
        <w:spacing w:after="0"/>
      </w:pPr>
      <w:r>
        <w:rPr>
          <w:rFonts w:ascii="Calibri" w:hAnsi="Calibri" w:cs="Calibri" w:eastAsia="Calibri"/>
          <w:i/>
          <w:color w:val="0A0A0A"/>
          <w:sz w:val="28"/>
        </w:rPr>
        <w:t>[Your Name]</w:t>
      </w:r>
    </w:p>
    <w:sectPr w:rsidR="00FC693F" w:rsidRPr="0006063C" w:rsidSect="00034616">
      <w:pgSz w:w="12240" w:h="15840"/>
      <w:pgMar w:top="1361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