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9F7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p>
      <w:pPr>
        <w:spacing w:before="0" w:after="120"/>
        <w:ind w:left="990" w:right="990"/>
        <w:jc w:val="center"/>
      </w:pPr>
      <w:r>
        <w:drawing>
          <wp:inline xmlns:a="http://schemas.openxmlformats.org/drawingml/2006/main" xmlns:pic="http://schemas.openxmlformats.org/drawingml/2006/picture">
            <wp:extent cx="571500" cy="571500"/>
            <wp:docPr id="61" name="wheat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heat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40"/>
        <w:ind w:left="990" w:right="990"/>
        <w:jc w:val="center"/>
      </w:pPr>
      <w:r>
        <w:rPr>
          <w:rFonts w:ascii="Cambria" w:hAnsi="Cambria" w:cs="Cambria"/>
          <w:b/>
          <w:i/>
          <w:color w:val="8C4A50"/>
          <w:sz w:val="42"/>
        </w:rPr>
        <w:t xml:space="preserve">[Bakery Name]</w:t>
      </w:r>
    </w:p>
    <w:p>
      <w:pPr>
        <w:spacing w:before="0" w:after="160"/>
        <w:ind w:left="990" w:right="990"/>
        <w:jc w:val="center"/>
      </w:pPr>
      <w:r>
        <w:rPr>
          <w:rFonts w:ascii="Calibri" w:hAnsi="Calibri" w:cs="Calibri"/>
          <w:caps w:val="true"/>
          <w:color w:val="5B6472"/>
          <w:spacing w:val="52"/>
          <w:sz w:val="14"/>
        </w:rPr>
        <w:t xml:space="preserve">Artisan Bakery &amp; Pâtisserie · Est. [Year]</w:t>
      </w:r>
    </w:p>
    <w:p>
      <w:pPr>
        <w:pBdr>
          <w:bottom w:val="single" w:sz="8" w:space="4" w:color="C98A8F"/>
        </w:pBdr>
        <w:spacing w:before="0" w:after="470" w:line="20" w:lineRule="exact"/>
        <w:ind w:left="990" w:right="990"/>
      </w:pPr>
    </w:p>
    <w:p>
      <w:pPr>
        <w:spacing w:before="0" w:after="240"/>
        <w:ind w:left="990" w:right="990"/>
      </w:pPr>
      <w:r>
        <w:rPr>
          <w:rFonts w:ascii="Cambria" w:hAnsi="Cambria" w:cs="Cambria"/>
          <w:color w:val="5B6472"/>
          <w:sz w:val="21"/>
        </w:rPr>
        <w:t xml:space="preserve">[Month DD, YYYY]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[Guest or Client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[Street Address]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[City, ST 00000]</w:t>
      </w:r>
    </w:p>
    <w:p>
      <w:pPr>
        <w:spacing w:before="220" w:after="16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Dear [Name],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Thank you for thinking of us for [the occasion]. It was a pleasure to talk through what you have in mind, and we would be delighted to host you and your guests on [date] in [the private dining room / the main dining room / our patio].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Enclosed is a proposed menu for [number] guests along with our event terms. Everything on it can be adjusted — dietary needs, courses, timing — and we are happy to arrange a tasting before you decide. A deposit of [amount] confirms the date; the balance is settled on the day.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If anything is unclear, or you would like to see the space again, call us any afternoon before service. We look forward to cooking for you.</w:t>
      </w:r>
    </w:p>
    <w:p>
      <w:pPr>
        <w:spacing w:before="180" w:after="4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Warm regards,</w:t>
      </w:r>
    </w:p>
    <w:p>
      <w:pPr>
        <w:spacing w:before="0" w:after="30"/>
        <w:ind w:left="990" w:right="990"/>
      </w:pPr>
      <w:r>
        <w:rPr>
          <w:rFonts w:ascii="Cambria" w:hAnsi="Cambria" w:cs="Cambria"/>
          <w:b/>
          <w:color w:val="1F2937"/>
          <w:sz w:val="21"/>
        </w:rPr>
        <w:t xml:space="preserve">[Your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5B6472"/>
          <w:sz w:val="17"/>
        </w:rPr>
        <w:t xml:space="preserve">[Your Name] · Head Baker</w:t>
      </w:r>
    </w:p>
    <w:sectPr>
      <w:footerReference w:type="default" r:id="rId90"/>
      <w:pgSz w:w="12240" w:h="15840"/>
      <w:pgMar w:top="660" w:right="0" w:bottom="1520" w:left="0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C98A8F"/>
      </w:pBdr>
      <w:spacing w:before="0" w:after="0" w:line="20" w:lineRule="exact"/>
      <w:ind w:left="990" w:right="990"/>
    </w:pPr>
  </w:p>
  <w:tbl>
    <w:tblPr>
      <w:tblW w:w="10260" w:type="dxa"/>
      <w:tblInd w:w="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</w:tblPr>
    <w:tblGrid>
      <w:gridCol w:w="3420"/>
      <w:gridCol w:w="3420"/>
      <w:gridCol w:w="3420"/>
    </w:tblGrid>
    <w:tr>
      <w:tc>
        <w:tcPr>
          <w:tcW w:w="3420" w:type="dxa"/>
          <w:vAlign w:val="top"/>
        </w:tcPr>
        <w:p>
          <w:pPr>
            <w:spacing w:before="0" w:after="0"/>
            <w:jc w:val="left"/>
          </w:pPr>
          <w:r>
            <w:rPr>
              <w:rFonts w:ascii="Cambria" w:hAnsi="Cambria" w:cs="Cambria"/>
              <w:color w:val="4B5563"/>
              <w:sz w:val="17"/>
            </w:rPr>
            <w:t xml:space="preserve">[Street Address] · [City, ST 00000]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center"/>
          </w:pPr>
          <w:r>
            <w:rPr>
              <w:rFonts w:ascii="Cambria" w:hAnsi="Cambria" w:cs="Cambria"/>
              <w:color w:val="4B5563"/>
              <w:sz w:val="17"/>
            </w:rPr>
            <w:t xml:space="preserve">[(000) 000-0000] · [hello@bakery.com]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right"/>
          </w:pPr>
          <w:r>
            <w:rPr>
              <w:rFonts w:ascii="Cambria" w:hAnsi="Cambria" w:cs="Cambria"/>
              <w:color w:val="4B5563"/>
              <w:sz w:val="17"/>
            </w:rPr>
            <w:t xml:space="preserve">[bakerywebsite.com]</w:t>
          </w:r>
        </w:p>
      </w:tc>
    </w:tr>
  </w:tbl>
  <w:p>
    <w:pPr>
      <w:spacing w:before="0" w:after="40" w:line="20" w:lineRule="exact"/>
    </w:pPr>
  </w:p>
  <w:p>
    <w:pPr>
      <w:spacing w:before="0" w:after="0"/>
      <w:ind w:left="990" w:right="990"/>
      <w:jc w:val="center"/>
    </w:pPr>
    <w:r>
      <w:rPr>
        <w:rFonts w:ascii="Calibri" w:hAnsi="Calibri" w:cs="Calibri"/>
        <w:caps w:val="true"/>
        <w:color w:val="5B6472"/>
        <w:spacing w:val="22"/>
        <w:sz w:val="13"/>
      </w:rPr>
      <w:t xml:space="preserve">CUSTOM CAKES · WHOLESALE · BAKED FRESH DAILY · [ALLERGEN NOTICE]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wheat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