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hd w:val="clear" w:color="auto" w:fill="2B2B2B"/>
        <w:spacing w:before="0" w:after="0" w:line="120" w:lineRule="exact"/>
      </w:pPr>
    </w:p>
    <w:tbl>
      <w:tblPr>
        <w:tblW w:w="12760" w:type="dxa"/>
        <w:tblInd w:w="-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</w:tblPr>
      <w:tblGrid>
        <w:gridCol w:w="1190"/>
        <w:gridCol w:w="9420"/>
        <w:gridCol w:w="960"/>
        <w:gridCol w:w="1190"/>
      </w:tblGrid>
      <w:tr>
        <w:tc>
          <w:tcPr>
            <w:tcW w:w="1190" w:type="dxa"/>
            <w:shd w:val="clear" w:color="auto" w:fill="2B2B2B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/>
            </w:pPr>
          </w:p>
        </w:tc>
        <w:tc>
          <w:tcPr>
            <w:tcW w:w="9420" w:type="dxa"/>
            <w:shd w:val="clear" w:color="auto" w:fill="2B2B2B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45"/>
            </w:pPr>
            <w:r>
              <w:rPr>
                <w:rFonts w:ascii="Calibri" w:hAnsi="Calibri" w:cs="Calibri"/>
                <w:b/>
                <w:color w:val="FFFFFF"/>
                <w:sz w:val="40"/>
              </w:rPr>
              <w:t xml:space="preserve">[Bar or Brewery Name]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b/>
                <w:caps w:val="true"/>
                <w:color w:val="D1922E"/>
                <w:spacing w:val="40"/>
                <w:sz w:val="14"/>
              </w:rPr>
              <w:t xml:space="preserve">Taproom · Kitchen · Private Events · Est. [Year]</w:t>
            </w:r>
          </w:p>
        </w:tc>
        <w:tc>
          <w:tcPr>
            <w:tcW w:w="960" w:type="dxa"/>
            <w:shd w:val="clear" w:color="auto" w:fill="2B2B2B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571500" cy="571500"/>
                  <wp:docPr id="61" name="pint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nt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shd w:val="clear" w:color="auto" w:fill="2B2B2B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/>
            </w:pPr>
          </w:p>
        </w:tc>
      </w:tr>
    </w:tbl>
    <w:p>
      <w:pPr>
        <w:shd w:val="clear" w:color="auto" w:fill="2B2B2B"/>
        <w:spacing w:before="0" w:after="0" w:line="200" w:lineRule="exact"/>
      </w:pPr>
    </w:p>
    <w:p>
      <w:pPr>
        <w:shd w:val="clear" w:color="auto" w:fill="D1922E"/>
        <w:spacing w:before="0" w:after="470" w:line="60" w:lineRule="exact"/>
      </w:pPr>
    </w:p>
    <w:p>
      <w:pPr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[Guest or Client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[Name],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thinking of us for [the occasion]. It was a pleasure to talk through what you have in mind, and we would be delighted to host you and your guests on [date] in [the private dining room / the main dining room / our patio].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Enclosed is a proposed menu for [number] guests along with our event terms. Everything on it can be adjusted — dietary needs, courses, timing — and we are happy to arrange a tasting before you decide. A deposit of [amount] confirms the date; the balance is settled on the day.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If anything is unclear, or you would like to see the space again, call us any afternoon before service. We look forward to cooking for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Warm regards,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[Your Name] · Owner</w:t>
      </w:r>
    </w:p>
    <w:sectPr>
      <w:footerReference w:type="default" r:id="rId90"/>
      <w:pgSz w:w="12240" w:h="15840"/>
      <w:pgMar w:top="0" w:right="0" w:bottom="1900" w:left="0" w:header="72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D1922E"/>
      </w:pBdr>
      <w:shd w:val="clear" w:color="auto" w:fill="2B2B2B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190"/>
      <w:gridCol w:w="3460"/>
      <w:gridCol w:w="3460"/>
      <w:gridCol w:w="3460"/>
      <w:gridCol w:w="1190"/>
    </w:tblGrid>
    <w:tr>
      <w:tc>
        <w:tcPr>
          <w:tcW w:w="1190" w:type="dxa"/>
          <w:shd w:val="clear" w:color="auto" w:fill="2B2B2B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3460" w:type="dxa"/>
          <w:shd w:val="clear" w:color="auto" w:fill="2B2B2B"/>
          <w:tcMar>
            <w:left w:w="0" w:type="dxa"/>
            <w:right w:w="0" w:type="dxa"/>
          </w:tcMar>
          <w:vAlign w:val="top"/>
        </w:tcPr>
        <w:p>
          <w:pPr>
            <w:spacing w:before="0" w:after="0"/>
            <w:jc w:val="left"/>
          </w:pPr>
          <w:r>
            <w:rPr>
              <w:rFonts w:ascii="Calibri" w:hAnsi="Calibri" w:cs="Calibri"/>
              <w:color w:val="FFFFFF"/>
              <w:sz w:val="17"/>
            </w:rPr>
            <w:t xml:space="preserve">[Street Address] · [City, ST 00000]</w:t>
          </w:r>
        </w:p>
      </w:tc>
      <w:tc>
        <w:tcPr>
          <w:tcW w:w="3460" w:type="dxa"/>
          <w:shd w:val="clear" w:color="auto" w:fill="2B2B2B"/>
          <w:tcMar>
            <w:left w:w="0" w:type="dxa"/>
            <w:right w:w="0" w:type="dxa"/>
          </w:tcMar>
          <w:vAlign w:val="top"/>
        </w:tcPr>
        <w:p>
          <w:pPr>
            <w:spacing w:before="0" w:after="0"/>
            <w:jc w:val="center"/>
          </w:pPr>
          <w:r>
            <w:rPr>
              <w:rFonts w:ascii="Calibri" w:hAnsi="Calibri" w:cs="Calibri"/>
              <w:color w:val="FFFFFF"/>
              <w:sz w:val="17"/>
            </w:rPr>
            <w:t xml:space="preserve">[(000) 000-0000] · [hello@brewery.com]</w:t>
          </w:r>
        </w:p>
      </w:tc>
      <w:tc>
        <w:tcPr>
          <w:tcW w:w="3460" w:type="dxa"/>
          <w:shd w:val="clear" w:color="auto" w:fill="2B2B2B"/>
          <w:tcMar>
            <w:left w:w="0" w:type="dxa"/>
            <w:right w:w="0" w:type="dxa"/>
          </w:tcMar>
          <w:vAlign w:val="top"/>
        </w:tcPr>
        <w:p>
          <w:pPr>
            <w:spacing w:before="0" w:after="0"/>
            <w:jc w:val="right"/>
          </w:pPr>
          <w:r>
            <w:rPr>
              <w:rFonts w:ascii="Calibri" w:hAnsi="Calibri" w:cs="Calibri"/>
              <w:color w:val="FFFFFF"/>
              <w:sz w:val="17"/>
            </w:rPr>
            <w:t xml:space="preserve">[brewerywebsite.com]</w:t>
          </w:r>
        </w:p>
      </w:tc>
      <w:tc>
        <w:tcPr>
          <w:tcW w:w="1190" w:type="dxa"/>
          <w:shd w:val="clear" w:color="auto" w:fill="2B2B2B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2B2B2B"/>
      <w:tabs>
        <w:tab w:pos="93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C9C9C9"/>
        <w:spacing w:val="22"/>
        <w:sz w:val="13"/>
      </w:rPr>
      <w:t xml:space="preserve">21+ · PLEASE DRINK RESPONSIBLY · LIQUOR LICENCE NO. [00000]</w:t>
    </w:r>
  </w:p>
  <w:p>
    <w:pPr>
      <w:shd w:val="clear" w:color="auto" w:fill="2B2B2B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pint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