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CF7"/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080"/>
        <w:gridCol w:w="9300"/>
      </w:tblGrid>
      <w:tr>
        <w:tc>
          <w:tcPr>
            <w:tcW w:w="108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533400" cy="533400"/>
                  <wp:docPr id="61" name="cup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cup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3B2A20"/>
                <w:sz w:val="40"/>
              </w:rPr>
              <w:t xml:space="preserve">[Café Name]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8F4128"/>
                <w:sz w:val="15"/>
              </w:rPr>
              <w:t xml:space="preserve">Coffee · Pastry · Brunch · [Neighbourhood]</w:t>
            </w:r>
          </w:p>
        </w:tc>
      </w:tr>
    </w:tbl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6138"/>
        <w:gridCol w:w="75"/>
        <w:gridCol w:w="2046"/>
        <w:gridCol w:w="75"/>
        <w:gridCol w:w="2046"/>
      </w:tblGrid>
      <w:tr>
        <w:tc>
          <w:tcPr>
            <w:tcW w:w="6138" w:type="dxa"/>
            <w:shd w:val="clear" w:color="auto" w:fill="3B2A20"/>
            <w:vAlign w:val="top"/>
          </w:tcPr>
          <w:p>
            <w:pPr>
              <w:spacing w:before="0" w:after="0" w:line="75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  <w:tc>
          <w:tcPr>
            <w:tcW w:w="75" w:type="dxa"/>
            <w:vAlign w:val="top"/>
          </w:tcPr>
          <w:p>
            <w:pPr>
              <w:spacing w:before="0" w:after="0" w:line="75" w:lineRule="exact"/>
            </w:pPr>
          </w:p>
        </w:tc>
        <w:tc>
          <w:tcPr>
            <w:tcW w:w="2046" w:type="dxa"/>
            <w:shd w:val="clear" w:color="auto" w:fill="B5563A"/>
            <w:vAlign w:val="top"/>
          </w:tcPr>
          <w:p>
            <w:pPr>
              <w:spacing w:before="0" w:after="0" w:line="75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  <w:tc>
          <w:tcPr>
            <w:tcW w:w="75" w:type="dxa"/>
            <w:vAlign w:val="top"/>
          </w:tcPr>
          <w:p>
            <w:pPr>
              <w:spacing w:before="0" w:after="0" w:line="75" w:lineRule="exact"/>
            </w:pPr>
          </w:p>
        </w:tc>
        <w:tc>
          <w:tcPr>
            <w:tcW w:w="2046" w:type="dxa"/>
            <w:shd w:val="clear" w:color="auto" w:fill="D1922E"/>
            <w:vAlign w:val="top"/>
          </w:tcPr>
          <w:p>
            <w:pPr>
              <w:spacing w:before="0" w:after="0" w:line="75" w:lineRule="exact"/>
            </w:pPr>
            <w:r>
              <w:rPr>
                <w:rFonts w:ascii="Calibri" w:hAnsi="Calibri" w:cs="Calibri"/>
                <w:color w:val="1F2937"/>
                <w:sz w:val="2"/>
              </w:rPr>
              <w:t xml:space="preserve"> </w:t>
            </w:r>
          </w:p>
        </w:tc>
      </w:tr>
    </w:tbl>
    <w:p>
      <w:pPr>
        <w:spacing w:before="0" w:after="430" w:line="20" w:lineRule="exact"/>
      </w:pPr>
    </w:p>
    <w:p>
      <w:pPr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[Guest or Client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[Name],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thinking of us for [the occasion]. It was a pleasure to talk through what you have in mind, and we would be delighted to host you and your guests on [date] in [the private dining room / the main dining room / our patio].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Enclosed is a proposed menu for [number] guests along with our event terms. Everything on it can be adjusted — dietary needs, courses, timing — and we are happy to arrange a tasting before you decide. A deposit of [amount] confirms the date; the balance is settled on the day.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If anything is unclear, or you would like to see the space again, call us any afternoon before service. We look forward to cooking for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Warm regards,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[Your Name] · Owner</w:t>
      </w:r>
    </w:p>
    <w:sectPr>
      <w:footerReference w:type="default" r:id="rId90"/>
      <w:pgSz w:w="12240" w:h="15840"/>
      <w:pgMar w:top="660" w:right="0" w:bottom="2080" w:left="0" w:header="720" w:footer="3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8F4128"/>
      </w:pBdr>
      <w:shd w:val="clear" w:color="auto" w:fill="F8F1E8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3460"/>
      <w:gridCol w:w="3460"/>
      <w:gridCol w:w="3460"/>
      <w:gridCol w:w="1190"/>
    </w:tblGrid>
    <w:tr>
      <w:tc>
        <w:tcPr>
          <w:tcW w:w="1190" w:type="dxa"/>
          <w:shd w:val="clear" w:color="auto" w:fill="F8F1E8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3460" w:type="dxa"/>
          <w:shd w:val="clear" w:color="auto" w:fill="F8F1E8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8F4128"/>
              <w:spacing w:val="26"/>
              <w:sz w:val="13"/>
            </w:rPr>
            <w:t xml:space="preserve">Café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[Street Address]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[City, ST 00000] · [(000) 000-0000]</w:t>
          </w:r>
        </w:p>
      </w:tc>
      <w:tc>
        <w:tcPr>
          <w:tcW w:w="3460" w:type="dxa"/>
          <w:shd w:val="clear" w:color="auto" w:fill="F8F1E8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8F4128"/>
              <w:spacing w:val="26"/>
              <w:sz w:val="13"/>
            </w:rPr>
            <w:t xml:space="preserve">Catering &amp; Orders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000-0001]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[orders@cafe.com]</w:t>
          </w:r>
        </w:p>
      </w:tc>
      <w:tc>
        <w:tcPr>
          <w:tcW w:w="3460" w:type="dxa"/>
          <w:shd w:val="clear" w:color="auto" w:fill="F8F1E8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8F4128"/>
              <w:spacing w:val="26"/>
              <w:sz w:val="13"/>
            </w:rPr>
            <w:t xml:space="preserve">Hours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Mon–Fri [6:30 AM] – [4:00 PM]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Sat–Sun [7:30 AM] – [3:00 PM]</w:t>
          </w:r>
        </w:p>
      </w:tc>
      <w:tc>
        <w:tcPr>
          <w:tcW w:w="1190" w:type="dxa"/>
          <w:shd w:val="clear" w:color="auto" w:fill="F8F1E8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F8F1E8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5B6472"/>
        <w:spacing w:val="22"/>
        <w:sz w:val="13"/>
      </w:rPr>
      <w:t xml:space="preserve">ORDER AHEAD AT [WEBSITE] · [@HANDLE] · WHOLESALE ENQUIRIES WELCOME</w:t>
    </w:r>
  </w:p>
  <w:p>
    <w:pPr>
      <w:shd w:val="clear" w:color="auto" w:fill="F8F1E8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cup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