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0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1080"/>
        <w:gridCol w:w="6300"/>
        <w:gridCol w:w="3000"/>
      </w:tblGrid>
      <w:tr>
        <w:tc>
          <w:tcPr>
            <w:tcW w:w="1080" w:type="dxa"/>
            <w:vAlign w:val="center"/>
          </w:tcPr>
          <w:p>
            <w:pPr>
              <w:spacing w:before="0" w:after="0"/>
            </w:pPr>
            <w:r>
              <w:drawing>
                <wp:inline xmlns:a="http://schemas.openxmlformats.org/drawingml/2006/main" xmlns:pic="http://schemas.openxmlformats.org/drawingml/2006/picture">
                  <wp:extent cx="533400" cy="533400"/>
                  <wp:docPr id="61" name="hat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hat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0" w:type="dxa"/>
            <w:vAlign w:val="center"/>
          </w:tcPr>
          <w:p>
            <w:pPr>
              <w:spacing w:before="0" w:after="30"/>
            </w:pPr>
            <w:r>
              <w:rPr>
                <w:rFonts w:ascii="Calibri" w:hAnsi="Calibri" w:cs="Calibri"/>
                <w:b/>
                <w:color w:val="3A4652"/>
                <w:sz w:val="36"/>
              </w:rPr>
              <w:t xml:space="preserve">[Company Name] Catering &amp; Events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5B6472"/>
                <w:sz w:val="15"/>
              </w:rPr>
              <w:t xml:space="preserve">Weddings · Corporate · Private Events · [Region Served]</w:t>
            </w:r>
          </w:p>
        </w:tc>
        <w:tc>
          <w:tcPr>
            <w:tcW w:w="3000" w:type="dxa"/>
            <w:vAlign w:val="center"/>
          </w:tcPr>
          <w:p>
            <w:pPr>
              <w:spacing w:before="0" w:after="20"/>
              <w:jc w:val="right"/>
            </w:pPr>
            <w:r>
              <w:rPr>
                <w:rFonts w:ascii="Calibri" w:hAnsi="Calibri" w:cs="Calibri"/>
                <w:caps w:val="true"/>
                <w:color w:val="5B6472"/>
                <w:spacing w:val="30"/>
                <w:sz w:val="13"/>
              </w:rPr>
              <w:t xml:space="preserve">Events Office</w:t>
            </w:r>
          </w:p>
          <w:p>
            <w:pPr>
              <w:spacing w:before="0" w:after="0"/>
              <w:jc w:val="right"/>
            </w:pPr>
            <w:r>
              <w:rPr>
                <w:rFonts w:ascii="Calibri" w:hAnsi="Calibri" w:cs="Calibri"/>
                <w:b/>
                <w:color w:val="3A4652"/>
                <w:sz w:val="22"/>
              </w:rPr>
              <w:t xml:space="preserve">[(000) 000-0000]</w:t>
            </w:r>
          </w:p>
        </w:tc>
      </w:tr>
    </w:tbl>
    <w:p>
      <w:pPr>
        <w:pBdr>
          <w:bottom w:val="single" w:sz="24" w:space="4" w:color="3A4652"/>
        </w:pBdr>
        <w:spacing w:before="0" w:after="430" w:line="190" w:lineRule="exact"/>
        <w:ind w:left="930" w:right="930"/>
      </w:pPr>
    </w:p>
    <w:p>
      <w:pPr>
        <w:tabs>
          <w:tab w:pos="10380" w:val="right"/>
        </w:tabs>
        <w:spacing w:before="0" w:after="240"/>
        <w:ind w:left="930" w:right="930"/>
      </w:pPr>
      <w:r>
        <w:rPr>
          <w:rFonts w:ascii="Calibri" w:hAnsi="Calibri" w:cs="Calibri"/>
          <w:color w:val="5B6472"/>
          <w:sz w:val="21"/>
        </w:rPr>
        <w:t xml:space="preserve">[Month DD, YYYY]</w:t>
      </w:r>
      <w:r>
        <w:rPr>
          <w:rFonts w:ascii="Calibri" w:hAnsi="Calibri"/>
          <w:sz w:val="21"/>
        </w:rPr>
        <w:tab/>
      </w:r>
      <w:r>
        <w:rPr>
          <w:rFonts w:ascii="Consolas" w:hAnsi="Consolas" w:cs="Consolas"/>
          <w:color w:val="5B6472"/>
          <w:sz w:val="18"/>
        </w:rPr>
        <w:t xml:space="preserve">Proposal No. [0000]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[Guest or Client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Re:  [Private event on Saturday, June 21]</w:t>
      </w:r>
    </w:p>
    <w:p>
      <w:pPr>
        <w:spacing w:before="0" w:after="16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Dear [Name],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Thank you for thinking of us for [the occasion]. It was a pleasure to talk through what you have in mind, and we would be delighted to host you and your guests on [date] in [the private dining room / the main dining room / our patio].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Enclosed is a proposed menu for [number] guests along with our event terms. Everything on it can be adjusted — dietary needs, courses, timing — and we are happy to arrange a tasting before you decide. A deposit of [amount] confirms the date; the balance is settled on the day.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If anything is unclear, or you would like to see the space again, call us any afternoon before service. We look forward to cooking for you.</w:t>
      </w:r>
    </w:p>
    <w:p>
      <w:pPr>
        <w:spacing w:before="180" w:after="4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Warm regards,</w:t>
      </w:r>
    </w:p>
    <w:p>
      <w:pPr>
        <w:spacing w:before="0" w:after="3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5B6472"/>
          <w:sz w:val="17"/>
        </w:rPr>
        <w:t xml:space="preserve">[Your Name] · Events Director</w:t>
      </w:r>
    </w:p>
    <w:sectPr>
      <w:footerReference w:type="default" r:id="rId90"/>
      <w:pgSz w:w="12240" w:h="15840"/>
      <w:pgMar w:top="660" w:right="0" w:bottom="2080" w:left="0" w:header="720" w:footer="3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3A4652"/>
      </w:pBdr>
      <w:shd w:val="clear" w:color="auto" w:fill="F3F5F7"/>
      <w:spacing w:before="0" w:after="0" w:line="40" w:lineRule="exact"/>
    </w:pPr>
  </w:p>
  <w:tbl>
    <w:tblPr>
      <w:tblW w:w="12760" w:type="dxa"/>
      <w:tblInd w:w="-2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</w:tblPr>
    <w:tblGrid>
      <w:gridCol w:w="1190"/>
      <w:gridCol w:w="2595"/>
      <w:gridCol w:w="2595"/>
      <w:gridCol w:w="2595"/>
      <w:gridCol w:w="2595"/>
      <w:gridCol w:w="1190"/>
    </w:tblGrid>
    <w:tr>
      <w:tc>
        <w:tcPr>
          <w:tcW w:w="1190" w:type="dxa"/>
          <w:shd w:val="clear" w:color="auto" w:fill="F3F5F7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  <w:tc>
        <w:tcPr>
          <w:tcW w:w="2595" w:type="dxa"/>
          <w:shd w:val="clear" w:color="auto" w:fill="F3F5F7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3A4652"/>
              <w:spacing w:val="26"/>
              <w:sz w:val="13"/>
            </w:rPr>
            <w:t xml:space="preserve">Events Office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[Street Address]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[City, ST 00000]</w:t>
          </w:r>
        </w:p>
      </w:tc>
      <w:tc>
        <w:tcPr>
          <w:tcW w:w="2595" w:type="dxa"/>
          <w:shd w:val="clear" w:color="auto" w:fill="F3F5F7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3A4652"/>
              <w:spacing w:val="26"/>
              <w:sz w:val="13"/>
            </w:rPr>
            <w:t xml:space="preserve">Tastings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000-0001]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By appointment</w:t>
          </w:r>
        </w:p>
      </w:tc>
      <w:tc>
        <w:tcPr>
          <w:tcW w:w="2595" w:type="dxa"/>
          <w:shd w:val="clear" w:color="auto" w:fill="F3F5F7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3A4652"/>
              <w:spacing w:val="26"/>
              <w:sz w:val="13"/>
            </w:rPr>
            <w:t xml:space="preserve">Day-of Coordinator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000-0002]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Reachable through service</w:t>
          </w:r>
        </w:p>
      </w:tc>
      <w:tc>
        <w:tcPr>
          <w:tcW w:w="2595" w:type="dxa"/>
          <w:shd w:val="clear" w:color="auto" w:fill="F3F5F7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3A4652"/>
              <w:spacing w:val="26"/>
              <w:sz w:val="13"/>
            </w:rPr>
            <w:t xml:space="preserve">Online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[cateringwebsite.com]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[events@company.com]</w:t>
          </w:r>
        </w:p>
      </w:tc>
      <w:tc>
        <w:tcPr>
          <w:tcW w:w="1190" w:type="dxa"/>
          <w:shd w:val="clear" w:color="auto" w:fill="F3F5F7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</w:tr>
  </w:tbl>
  <w:p>
    <w:pPr>
      <w:shd w:val="clear" w:color="auto" w:fill="F3F5F7"/>
      <w:tabs>
        <w:tab w:pos="930" w:val="left"/>
      </w:tabs>
      <w:spacing w:before="0" w:after="0"/>
    </w:pPr>
    <w:r>
      <w:rPr>
        <w:rFonts w:ascii="Calibri" w:hAnsi="Calibri"/>
        <w:sz w:val="13"/>
      </w:rPr>
      <w:tab/>
    </w:r>
    <w:r>
      <w:rPr>
        <w:rFonts w:ascii="Calibri" w:hAnsi="Calibri" w:cs="Calibri"/>
        <w:caps w:val="true"/>
        <w:color w:val="5B6472"/>
        <w:spacing w:val="22"/>
        <w:sz w:val="13"/>
      </w:rPr>
      <w:t xml:space="preserve">LICENSED &amp; INSURED · HEALTH PERMIT NO. [00000] · [ALLERGEN NOTICE]</w:t>
    </w:r>
  </w:p>
  <w:p>
    <w:pPr>
      <w:shd w:val="clear" w:color="auto" w:fill="F3F5F7"/>
      <w:spacing w:before="0" w:after="0" w:line="40" w:lineRule="exact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hat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