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BF8F2"/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p>
      <w:pPr>
        <w:spacing w:before="0" w:after="120"/>
        <w:ind w:left="1050" w:right="1050"/>
        <w:jc w:val="center"/>
      </w:pPr>
      <w:r>
        <w:drawing>
          <wp:inline xmlns:a="http://schemas.openxmlformats.org/drawingml/2006/main" xmlns:pic="http://schemas.openxmlformats.org/drawingml/2006/picture">
            <wp:extent cx="533400" cy="400050"/>
            <wp:docPr id="61" name="cloch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loche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0" w:after="50"/>
        <w:ind w:left="1050" w:right="1050"/>
        <w:jc w:val="center"/>
      </w:pPr>
      <w:r>
        <w:rPr>
          <w:rFonts w:ascii="Cambria" w:hAnsi="Cambria" w:cs="Cambria"/>
          <w:caps w:val="true"/>
          <w:color w:val="3B2A20"/>
          <w:spacing w:val="90"/>
          <w:sz w:val="34"/>
        </w:rPr>
        <w:t xml:space="preserve">[Restaurant Name]</w:t>
      </w:r>
    </w:p>
    <w:p>
      <w:pPr>
        <w:spacing w:before="0" w:after="140"/>
        <w:ind w:left="1050" w:right="1050"/>
        <w:jc w:val="center"/>
      </w:pPr>
      <w:r>
        <w:rPr>
          <w:rFonts w:ascii="Cambria" w:hAnsi="Cambria" w:cs="Cambria"/>
          <w:i/>
          <w:color w:val="7D6020"/>
          <w:sz w:val="19"/>
        </w:rPr>
        <w:t xml:space="preserve">Chef [Name] · [Cuisine] · [City]</w:t>
      </w:r>
    </w:p>
    <w:p>
      <w:pPr>
        <w:spacing w:before="0" w:after="440"/>
        <w:ind w:left="1050" w:right="1050"/>
        <w:jc w:val="center"/>
      </w:pPr>
      <w:r>
        <w:drawing>
          <wp:inline xmlns:a="http://schemas.openxmlformats.org/drawingml/2006/main" xmlns:pic="http://schemas.openxmlformats.org/drawingml/2006/picture">
            <wp:extent cx="5715000" cy="114300"/>
            <wp:docPr id="62" name="rul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ule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0" w:after="240"/>
        <w:ind w:left="1050" w:right="1050"/>
      </w:pPr>
      <w:r>
        <w:rPr>
          <w:rFonts w:ascii="Cambria" w:hAnsi="Cambria" w:cs="Cambria"/>
          <w:color w:val="5B6472"/>
          <w:sz w:val="21"/>
        </w:rPr>
        <w:t xml:space="preserve">[Month DD, YYYY]</w:t>
      </w:r>
    </w:p>
    <w:p>
      <w:pPr>
        <w:spacing w:before="0" w:after="0"/>
        <w:ind w:left="1050" w:right="1050"/>
      </w:pPr>
      <w:r>
        <w:rPr>
          <w:rFonts w:ascii="Cambria" w:hAnsi="Cambria" w:cs="Cambria"/>
          <w:color w:val="1F2937"/>
          <w:sz w:val="21"/>
        </w:rPr>
        <w:t xml:space="preserve">[Guest or Client Name]</w:t>
      </w:r>
    </w:p>
    <w:p>
      <w:pPr>
        <w:spacing w:before="0" w:after="0"/>
        <w:ind w:left="1050" w:right="1050"/>
      </w:pPr>
      <w:r>
        <w:rPr>
          <w:rFonts w:ascii="Cambria" w:hAnsi="Cambria" w:cs="Cambria"/>
          <w:color w:val="1F2937"/>
          <w:sz w:val="21"/>
        </w:rPr>
        <w:t xml:space="preserve">[Street Address]</w:t>
      </w:r>
    </w:p>
    <w:p>
      <w:pPr>
        <w:spacing w:before="0" w:after="0"/>
        <w:ind w:left="1050" w:right="1050"/>
      </w:pPr>
      <w:r>
        <w:rPr>
          <w:rFonts w:ascii="Cambria" w:hAnsi="Cambria" w:cs="Cambria"/>
          <w:color w:val="1F2937"/>
          <w:sz w:val="21"/>
        </w:rPr>
        <w:t xml:space="preserve">[City, ST 00000]</w:t>
      </w:r>
    </w:p>
    <w:p>
      <w:pPr>
        <w:spacing w:before="220" w:after="160"/>
        <w:ind w:left="1050" w:right="1050"/>
      </w:pPr>
      <w:r>
        <w:rPr>
          <w:rFonts w:ascii="Cambria" w:hAnsi="Cambria" w:cs="Cambria"/>
          <w:color w:val="1F2937"/>
          <w:sz w:val="21"/>
        </w:rPr>
        <w:t xml:space="preserve">Dear [Name],</w:t>
      </w:r>
    </w:p>
    <w:p>
      <w:pPr>
        <w:spacing w:before="0" w:after="180"/>
        <w:ind w:left="1050" w:right="1050"/>
      </w:pPr>
      <w:r>
        <w:rPr>
          <w:rFonts w:ascii="Cambria" w:hAnsi="Cambria" w:cs="Cambria"/>
          <w:color w:val="1F2937"/>
          <w:sz w:val="21"/>
        </w:rPr>
        <w:t xml:space="preserve">Thank you for thinking of us for [the occasion]. It was a pleasure to talk through what you have in mind, and we would be delighted to host you and your guests on [date] in [the private dining room / the main dining room / our patio].</w:t>
      </w:r>
    </w:p>
    <w:p>
      <w:pPr>
        <w:spacing w:before="0" w:after="180"/>
        <w:ind w:left="1050" w:right="1050"/>
      </w:pPr>
      <w:r>
        <w:rPr>
          <w:rFonts w:ascii="Cambria" w:hAnsi="Cambria" w:cs="Cambria"/>
          <w:color w:val="1F2937"/>
          <w:sz w:val="21"/>
        </w:rPr>
        <w:t xml:space="preserve">Enclosed is a proposed menu for [number] guests along with our event terms. Everything on it can be adjusted — dietary needs, courses, timing — and we are happy to arrange a tasting before you decide. A deposit of [amount] confirms the date; the balance is settled on the day.</w:t>
      </w:r>
    </w:p>
    <w:p>
      <w:pPr>
        <w:spacing w:before="0" w:after="180"/>
        <w:ind w:left="1050" w:right="1050"/>
      </w:pPr>
      <w:r>
        <w:rPr>
          <w:rFonts w:ascii="Cambria" w:hAnsi="Cambria" w:cs="Cambria"/>
          <w:color w:val="1F2937"/>
          <w:sz w:val="21"/>
        </w:rPr>
        <w:t xml:space="preserve">If anything is unclear, or you would like to see the space again, call us any afternoon before service. We look forward to cooking for you.</w:t>
      </w:r>
    </w:p>
    <w:p>
      <w:pPr>
        <w:spacing w:before="180" w:after="480"/>
        <w:ind w:left="1050" w:right="1050"/>
      </w:pPr>
      <w:r>
        <w:rPr>
          <w:rFonts w:ascii="Cambria" w:hAnsi="Cambria" w:cs="Cambria"/>
          <w:color w:val="1F2937"/>
          <w:sz w:val="21"/>
        </w:rPr>
        <w:t xml:space="preserve">Warm regards,</w:t>
      </w:r>
    </w:p>
    <w:p>
      <w:pPr>
        <w:spacing w:before="0" w:after="30"/>
        <w:ind w:left="1050" w:right="1050"/>
      </w:pPr>
      <w:r>
        <w:rPr>
          <w:rFonts w:ascii="Cambria" w:hAnsi="Cambria" w:cs="Cambria"/>
          <w:b/>
          <w:color w:val="1F2937"/>
          <w:sz w:val="21"/>
        </w:rPr>
        <w:t xml:space="preserve">[Your Name]</w:t>
      </w:r>
    </w:p>
    <w:p>
      <w:pPr>
        <w:spacing w:before="0" w:after="0"/>
        <w:ind w:left="1050" w:right="1050"/>
      </w:pPr>
      <w:r>
        <w:rPr>
          <w:rFonts w:ascii="Cambria" w:hAnsi="Cambria" w:cs="Cambria"/>
          <w:color w:val="5B6472"/>
          <w:sz w:val="17"/>
        </w:rPr>
        <w:t xml:space="preserve">[Your Name] · Chef-Owner</w:t>
      </w:r>
    </w:p>
    <w:sectPr>
      <w:footerReference w:type="default" r:id="rId90"/>
      <w:pgSz w:w="12240" w:h="15840"/>
      <w:pgMar w:top="660" w:right="0" w:bottom="1520" w:left="0" w:header="720" w:footer="6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B08A34"/>
      </w:pBdr>
      <w:spacing w:before="0" w:after="0" w:line="20" w:lineRule="exact"/>
      <w:ind w:left="1050" w:right="1050"/>
    </w:pPr>
  </w:p>
  <w:tbl>
    <w:tblPr>
      <w:tblW w:w="10140" w:type="dxa"/>
      <w:tblInd w:w="105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</w:tblPr>
    <w:tblGrid>
      <w:gridCol w:w="3380"/>
      <w:gridCol w:w="3380"/>
      <w:gridCol w:w="3380"/>
    </w:tblGrid>
    <w:tr>
      <w:tc>
        <w:tcPr>
          <w:tcW w:w="3380" w:type="dxa"/>
          <w:vAlign w:val="top"/>
        </w:tcPr>
        <w:p>
          <w:pPr>
            <w:spacing w:before="0" w:after="0"/>
            <w:jc w:val="left"/>
          </w:pPr>
          <w:r>
            <w:rPr>
              <w:rFonts w:ascii="Cambria" w:hAnsi="Cambria" w:cs="Cambria"/>
              <w:color w:val="4B5563"/>
              <w:sz w:val="17"/>
            </w:rPr>
            <w:t xml:space="preserve">[Street Address] · [City, ST 00000]</w:t>
          </w:r>
        </w:p>
      </w:tc>
      <w:tc>
        <w:tcPr>
          <w:tcW w:w="3380" w:type="dxa"/>
          <w:vAlign w:val="top"/>
        </w:tcPr>
        <w:p>
          <w:pPr>
            <w:spacing w:before="0" w:after="0"/>
            <w:jc w:val="center"/>
          </w:pPr>
          <w:r>
            <w:rPr>
              <w:rFonts w:ascii="Cambria" w:hAnsi="Cambria" w:cs="Cambria"/>
              <w:color w:val="4B5563"/>
              <w:sz w:val="17"/>
            </w:rPr>
            <w:t xml:space="preserve">Reservations [(000) 000-0000]</w:t>
          </w:r>
        </w:p>
      </w:tc>
      <w:tc>
        <w:tcPr>
          <w:tcW w:w="3380" w:type="dxa"/>
          <w:vAlign w:val="top"/>
        </w:tcPr>
        <w:p>
          <w:pPr>
            <w:spacing w:before="0" w:after="0"/>
            <w:jc w:val="right"/>
          </w:pPr>
          <w:r>
            <w:rPr>
              <w:rFonts w:ascii="Cambria" w:hAnsi="Cambria" w:cs="Cambria"/>
              <w:color w:val="4B5563"/>
              <w:sz w:val="17"/>
            </w:rPr>
            <w:t xml:space="preserve">[restaurantwebsite.com]</w:t>
          </w:r>
        </w:p>
      </w:tc>
    </w:tr>
  </w:tbl>
  <w:p>
    <w:pPr>
      <w:spacing w:before="0" w:after="40" w:line="20" w:lineRule="exact"/>
    </w:pPr>
  </w:p>
  <w:p>
    <w:pPr>
      <w:spacing w:before="0" w:after="0"/>
      <w:ind w:left="1050" w:right="1050"/>
      <w:jc w:val="center"/>
    </w:pPr>
    <w:r>
      <w:rPr>
        <w:rFonts w:ascii="Calibri" w:hAnsi="Calibri" w:cs="Calibri"/>
        <w:caps w:val="true"/>
        <w:color w:val="5B6472"/>
        <w:spacing w:val="22"/>
        <w:sz w:val="13"/>
      </w:rPr>
      <w:t xml:space="preserve">RESERVATIONS · PRIVATE DINING · TASTING MENU · [ALLERGEN NOTICE]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cloche.png"/><Relationship Id="rId61" Type="http://schemas.openxmlformats.org/officeDocument/2006/relationships/image" Target="media/rule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