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hd w:val="clear" w:color="auto" w:fill="B5563A"/>
        <w:spacing w:before="0" w:after="480" w:line="105" w:lineRule="exact"/>
      </w:pPr>
    </w:p>
    <w:tbl>
      <w:tblPr>
        <w:tblW w:w="10260" w:type="dxa"/>
        <w:tblInd w:w="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680"/>
        <w:gridCol w:w="5580"/>
        <w:gridCol w:w="3000"/>
      </w:tblGrid>
      <w:tr>
        <w:tc>
          <w:tcPr>
            <w:tcW w:w="168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914400" cy="552450"/>
                  <wp:docPr id="61" name="truck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ruck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2B2B2B"/>
                <w:sz w:val="41"/>
              </w:rPr>
              <w:t xml:space="preserve">[Truck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Street food · Festivals · Private bookings</w:t>
            </w:r>
          </w:p>
        </w:tc>
        <w:tc>
          <w:tcPr>
            <w:tcW w:w="3000" w:type="dxa"/>
            <w:vAlign w:val="center"/>
          </w:tcPr>
          <w:p>
            <w:pPr>
              <w:spacing w:before="0" w:after="20"/>
              <w:jc w:val="right"/>
            </w:pPr>
            <w:r>
              <w:rPr>
                <w:rFonts w:ascii="Consolas" w:hAnsi="Consolas" w:cs="Consolas"/>
                <w:color w:val="5B6472"/>
                <w:spacing w:val="30"/>
                <w:sz w:val="13"/>
              </w:rPr>
              <w:t xml:space="preserve">FIND US</w:t>
            </w:r>
          </w:p>
          <w:p>
            <w:pPr>
              <w:spacing w:before="0" w:after="0"/>
              <w:jc w:val="right"/>
            </w:pPr>
            <w:r>
              <w:rPr>
                <w:rFonts w:ascii="Consolas" w:hAnsi="Consolas" w:cs="Consolas"/>
                <w:b/>
                <w:color w:val="8F4128"/>
                <w:spacing w:val="20"/>
                <w:sz w:val="16"/>
              </w:rPr>
              <w:t xml:space="preserve">[@HANDLE]</w:t>
            </w:r>
          </w:p>
        </w:tc>
      </w:tr>
    </w:tbl>
    <w:p>
      <w:pPr>
        <w:pBdr>
          <w:bottom w:val="single" w:sz="4" w:space="4" w:color="E2DDD4"/>
        </w:pBdr>
        <w:spacing w:before="0" w:after="470" w:line="260" w:lineRule="exact"/>
        <w:ind w:left="990" w:right="990"/>
      </w:pPr>
    </w:p>
    <w:p>
      <w:pPr>
        <w:spacing w:before="0" w:after="240"/>
        <w:ind w:left="990" w:right="99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[Guest or Client Name]</w:t>
      </w:r>
    </w:p>
    <w:p>
      <w:pPr>
        <w:spacing w:before="0" w:after="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Dear [Name],</w:t>
      </w:r>
    </w:p>
    <w:p>
      <w:pPr>
        <w:spacing w:before="0" w:after="18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90" w:right="990"/>
      </w:pPr>
      <w:r>
        <w:rPr>
          <w:rFonts w:ascii="Calibri" w:hAnsi="Calibri" w:cs="Calibri"/>
          <w:color w:val="1F2937"/>
          <w:sz w:val="21"/>
        </w:rPr>
        <w:t xml:space="preserve">Warm regards,</w:t>
      </w:r>
    </w:p>
    <w:p>
      <w:pPr>
        <w:spacing w:before="0" w:after="30"/>
        <w:ind w:left="990" w:right="99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90" w:right="990"/>
      </w:pPr>
      <w:r>
        <w:rPr>
          <w:rFonts w:ascii="Calibri" w:hAnsi="Calibri" w:cs="Calibri"/>
          <w:color w:val="5B6472"/>
          <w:sz w:val="17"/>
        </w:rPr>
        <w:t xml:space="preserve">[Your Name] · Owner-Operator</w:t>
      </w:r>
    </w:p>
    <w:sectPr>
      <w:footerReference w:type="default" r:id="rId90"/>
      <w:pgSz w:w="12240" w:h="15840"/>
      <w:pgMar w:top="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16" w:space="6" w:color="B5563A"/>
      </w:pBdr>
      <w:spacing w:before="0" w:after="0" w:line="20" w:lineRule="exact"/>
      <w:ind w:left="990" w:right="990"/>
    </w:pPr>
  </w:p>
  <w:tbl>
    <w:tblPr>
      <w:tblW w:w="10260" w:type="dxa"/>
      <w:tblInd w:w="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420"/>
      <w:gridCol w:w="3420"/>
      <w:gridCol w:w="3420"/>
    </w:tblGrid>
    <w:tr>
      <w:tc>
        <w:tcPr>
          <w:tcW w:w="3420" w:type="dxa"/>
          <w:vAlign w:val="top"/>
        </w:tcPr>
        <w:p>
          <w:pPr>
            <w:spacing w:before="0" w:after="0"/>
            <w:jc w:val="left"/>
          </w:pPr>
          <w:r>
            <w:rPr>
              <w:rFonts w:ascii="Calibri" w:hAnsi="Calibri" w:cs="Calibri"/>
              <w:color w:val="5B6472"/>
              <w:sz w:val="17"/>
            </w:rPr>
            <w:t xml:space="preserve">Bookings [bookings@truck.com]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center"/>
          </w:pPr>
          <w:r>
            <w:rPr>
              <w:rFonts w:ascii="Calibri" w:hAnsi="Calibri" w:cs="Calibri"/>
              <w:color w:val="5B6472"/>
              <w:sz w:val="17"/>
            </w:rPr>
            <w:t xml:space="preserve">[(000) 000-0000]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right"/>
          </w:pPr>
          <w:r>
            <w:rPr>
              <w:rFonts w:ascii="Calibri" w:hAnsi="Calibri" w:cs="Calibri"/>
              <w:color w:val="5B6472"/>
              <w:sz w:val="17"/>
            </w:rPr>
            <w:t xml:space="preserve">[truckwebsite.com]</w:t>
          </w:r>
        </w:p>
      </w:tc>
    </w:tr>
  </w:tbl>
  <w:p>
    <w:pPr>
      <w:spacing w:before="0" w:after="40" w:line="20" w:lineRule="exact"/>
    </w:pPr>
  </w:p>
  <w:p>
    <w:pPr>
      <w:spacing w:before="0" w:after="0"/>
      <w:ind w:left="990" w:right="990"/>
      <w:jc w:val="left"/>
    </w:pPr>
    <w:r>
      <w:rPr>
        <w:rFonts w:ascii="Calibri" w:hAnsi="Calibri" w:cs="Calibri"/>
        <w:caps w:val="true"/>
        <w:color w:val="5B6472"/>
        <w:spacing w:val="22"/>
        <w:sz w:val="13"/>
      </w:rPr>
      <w:t xml:space="preserve">MOBILE FOOD PERMIT NO. [00000] · COMMISSARY: [NAME] · CASHLESS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truck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