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CFA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260" w:type="dxa"/>
        <w:tblInd w:w="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9420"/>
        <w:gridCol w:w="840"/>
      </w:tblGrid>
      <w:tr>
        <w:tc>
          <w:tcPr>
            <w:tcW w:w="9420" w:type="dxa"/>
            <w:vAlign w:val="center"/>
          </w:tcPr>
          <w:p>
            <w:pPr>
              <w:spacing w:before="0" w:after="30"/>
            </w:pPr>
            <w:r>
              <w:rPr>
                <w:rFonts w:ascii="Cambria" w:hAnsi="Cambria" w:cs="Cambria"/>
                <w:b/>
                <w:color w:val="6E1D2A"/>
                <w:sz w:val="38"/>
              </w:rPr>
              <w:t xml:space="preserve">[Hotel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7D6020"/>
                <w:spacing w:val="52"/>
                <w:sz w:val="14"/>
              </w:rPr>
              <w:t xml:space="preserve">Restaurant · Bar · In-Room Dining · Events</w:t>
            </w:r>
          </w:p>
        </w:tc>
        <w:tc>
          <w:tcPr>
            <w:tcW w:w="840" w:type="dxa"/>
            <w:vAlign w:val="center"/>
          </w:tcPr>
          <w:p>
            <w:pPr>
              <w:spacing w:before="0"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514350" cy="514350"/>
                  <wp:docPr id="61" name="bell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bell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Bdr>
          <w:bottom w:val="single" w:sz="16" w:space="4" w:color="6E1D2A"/>
        </w:pBdr>
        <w:spacing w:before="0" w:after="0" w:line="170" w:lineRule="exact"/>
        <w:ind w:left="990" w:right="990"/>
      </w:pPr>
    </w:p>
    <w:p>
      <w:pPr>
        <w:pBdr>
          <w:bottom w:val="single" w:sz="6" w:space="4" w:color="B08A34"/>
        </w:pBdr>
        <w:spacing w:before="0" w:after="430" w:line="40" w:lineRule="exact"/>
        <w:ind w:left="990" w:right="990"/>
      </w:pPr>
    </w:p>
    <w:p>
      <w:pPr>
        <w:spacing w:before="0" w:after="240"/>
        <w:ind w:left="990" w:right="990"/>
      </w:pPr>
      <w:r>
        <w:rPr>
          <w:rFonts w:ascii="Cambria" w:hAnsi="Cambria" w:cs="Cambria"/>
          <w:color w:val="5B6472"/>
          <w:sz w:val="21"/>
        </w:rPr>
        <w:t xml:space="preserve">[Month DD, YYYY]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[Guest or Client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[Street Address]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[City, ST 00000]</w:t>
      </w:r>
    </w:p>
    <w:p>
      <w:pPr>
        <w:spacing w:before="220" w:after="160"/>
        <w:ind w:left="990" w:right="990"/>
      </w:pPr>
      <w:r>
        <w:rPr>
          <w:rFonts w:ascii="Cambria" w:hAnsi="Cambria" w:cs="Cambria"/>
          <w:b/>
          <w:color w:val="1F2937"/>
          <w:sz w:val="21"/>
        </w:rPr>
        <w:t xml:space="preserve">Re:  [Private event on Saturday, June 21]</w:t>
      </w:r>
    </w:p>
    <w:p>
      <w:pPr>
        <w:spacing w:before="0" w:after="16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Dear [Name],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Warm regards,</w:t>
      </w:r>
    </w:p>
    <w:p>
      <w:pPr>
        <w:spacing w:before="0" w:after="30"/>
        <w:ind w:left="990" w:right="990"/>
      </w:pPr>
      <w:r>
        <w:rPr>
          <w:rFonts w:ascii="Cambria" w:hAnsi="Cambria" w:cs="Cambria"/>
          <w:b/>
          <w:color w:val="1F2937"/>
          <w:sz w:val="21"/>
        </w:rPr>
        <w:t xml:space="preserve">[Your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5B6472"/>
          <w:sz w:val="17"/>
        </w:rPr>
        <w:t xml:space="preserve">[Your Name] · Director of Food &amp; Beverage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6E1D2A"/>
      </w:pBdr>
      <w:shd w:val="clear" w:color="auto" w:fill="F7F2F0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250"/>
      <w:gridCol w:w="2565"/>
      <w:gridCol w:w="2565"/>
      <w:gridCol w:w="2565"/>
      <w:gridCol w:w="2565"/>
      <w:gridCol w:w="1250"/>
    </w:tblGrid>
    <w:tr>
      <w:tc>
        <w:tcPr>
          <w:tcW w:w="1250" w:type="dxa"/>
          <w:shd w:val="clear" w:color="auto" w:fill="F7F2F0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2565" w:type="dxa"/>
          <w:shd w:val="clear" w:color="auto" w:fill="F7F2F0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6E1D2A"/>
              <w:spacing w:val="26"/>
              <w:sz w:val="13"/>
            </w:rPr>
            <w:t xml:space="preserve">Reservations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000-0000]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[dining@hotel.com]</w:t>
          </w:r>
        </w:p>
      </w:tc>
      <w:tc>
        <w:tcPr>
          <w:tcW w:w="2565" w:type="dxa"/>
          <w:shd w:val="clear" w:color="auto" w:fill="F7F2F0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6E1D2A"/>
              <w:spacing w:val="26"/>
              <w:sz w:val="13"/>
            </w:rPr>
            <w:t xml:space="preserve">Events &amp; Banquets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[events@hotel.com]</w:t>
          </w:r>
        </w:p>
      </w:tc>
      <w:tc>
        <w:tcPr>
          <w:tcW w:w="2565" w:type="dxa"/>
          <w:shd w:val="clear" w:color="auto" w:fill="F7F2F0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6E1D2A"/>
              <w:spacing w:val="26"/>
              <w:sz w:val="13"/>
            </w:rPr>
            <w:t xml:space="preserve">Concierge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000-0002]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24 hours</w:t>
          </w:r>
        </w:p>
      </w:tc>
      <w:tc>
        <w:tcPr>
          <w:tcW w:w="2565" w:type="dxa"/>
          <w:shd w:val="clear" w:color="auto" w:fill="F7F2F0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6E1D2A"/>
              <w:spacing w:val="26"/>
              <w:sz w:val="13"/>
            </w:rPr>
            <w:t xml:space="preserve">Online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[hotelwebsite.com/dining]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 · [City, ST]</w:t>
          </w:r>
        </w:p>
      </w:tc>
      <w:tc>
        <w:tcPr>
          <w:tcW w:w="1250" w:type="dxa"/>
          <w:shd w:val="clear" w:color="auto" w:fill="F7F2F0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7F2F0"/>
      <w:tabs>
        <w:tab w:pos="99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[HOTEL GROUP NAME] · [STREET ADDRESS] · [CITY, ST 00000] · [ADD YOUR REQUIRED NOTICES]</w:t>
    </w:r>
  </w:p>
  <w:p>
    <w:pPr>
      <w:shd w:val="clear" w:color="auto" w:fill="F7F2F0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bell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