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DF9"/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0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1140"/>
        <w:gridCol w:w="9240"/>
      </w:tblGrid>
      <w:tr>
        <w:tc>
          <w:tcPr>
            <w:tcW w:w="1140" w:type="dxa"/>
            <w:vAlign w:val="center"/>
          </w:tcPr>
          <w:p>
            <w:pPr>
              <w:spacing w:before="0" w:after="0"/>
            </w:pPr>
            <w:r>
              <w:drawing>
                <wp:inline xmlns:a="http://schemas.openxmlformats.org/drawingml/2006/main" xmlns:pic="http://schemas.openxmlformats.org/drawingml/2006/picture">
                  <wp:extent cx="571500" cy="571500"/>
                  <wp:docPr id="61" name="badge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badge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0" w:type="dxa"/>
            <w:vAlign w:val="center"/>
          </w:tcPr>
          <w:p>
            <w:pPr>
              <w:spacing w:before="0" w:after="30"/>
            </w:pPr>
            <w:r>
              <w:rPr>
                <w:rFonts w:ascii="Calibri" w:hAnsi="Calibri" w:cs="Calibri"/>
                <w:b/>
                <w:color w:val="C4372B"/>
                <w:sz w:val="40"/>
              </w:rPr>
              <w:t xml:space="preserve">[Restaurant Name]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b/>
                <w:color w:val="3F7A48"/>
                <w:sz w:val="15"/>
              </w:rPr>
              <w:t xml:space="preserve">Pizzeria &amp; Family Restaurant · Since [Year]</w:t>
            </w:r>
          </w:p>
        </w:tc>
      </w:tr>
    </w:tbl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0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3410"/>
        <w:gridCol w:w="75"/>
        <w:gridCol w:w="3410"/>
        <w:gridCol w:w="75"/>
        <w:gridCol w:w="3410"/>
      </w:tblGrid>
      <w:tr>
        <w:tc>
          <w:tcPr>
            <w:tcW w:w="3410" w:type="dxa"/>
            <w:shd w:val="clear" w:color="auto" w:fill="3F7A48"/>
            <w:vAlign w:val="top"/>
          </w:tcPr>
          <w:p>
            <w:pPr>
              <w:spacing w:before="0" w:after="0" w:line="90" w:lineRule="exact"/>
            </w:pPr>
            <w:r>
              <w:rPr>
                <w:rFonts w:ascii="Calibri" w:hAnsi="Calibri" w:cs="Calibri"/>
                <w:color w:val="1F2937"/>
                <w:sz w:val="2"/>
              </w:rPr>
              <w:t xml:space="preserve"> </w:t>
            </w:r>
          </w:p>
        </w:tc>
        <w:tc>
          <w:tcPr>
            <w:tcW w:w="75" w:type="dxa"/>
            <w:vAlign w:val="top"/>
          </w:tcPr>
          <w:p>
            <w:pPr>
              <w:spacing w:before="0" w:after="0" w:line="90" w:lineRule="exact"/>
            </w:pPr>
          </w:p>
        </w:tc>
        <w:tc>
          <w:tcPr>
            <w:tcW w:w="3410" w:type="dxa"/>
            <w:shd w:val="clear" w:color="auto" w:fill="F3E9D2"/>
            <w:vAlign w:val="top"/>
          </w:tcPr>
          <w:p>
            <w:pPr>
              <w:spacing w:before="0" w:after="0" w:line="90" w:lineRule="exact"/>
            </w:pPr>
            <w:r>
              <w:rPr>
                <w:rFonts w:ascii="Calibri" w:hAnsi="Calibri" w:cs="Calibri"/>
                <w:color w:val="1F2937"/>
                <w:sz w:val="2"/>
              </w:rPr>
              <w:t xml:space="preserve"> </w:t>
            </w:r>
          </w:p>
        </w:tc>
        <w:tc>
          <w:tcPr>
            <w:tcW w:w="75" w:type="dxa"/>
            <w:vAlign w:val="top"/>
          </w:tcPr>
          <w:p>
            <w:pPr>
              <w:spacing w:before="0" w:after="0" w:line="90" w:lineRule="exact"/>
            </w:pPr>
          </w:p>
        </w:tc>
        <w:tc>
          <w:tcPr>
            <w:tcW w:w="3410" w:type="dxa"/>
            <w:shd w:val="clear" w:color="auto" w:fill="C4372B"/>
            <w:vAlign w:val="top"/>
          </w:tcPr>
          <w:p>
            <w:pPr>
              <w:spacing w:before="0" w:after="0" w:line="90" w:lineRule="exact"/>
            </w:pPr>
            <w:r>
              <w:rPr>
                <w:rFonts w:ascii="Calibri" w:hAnsi="Calibri" w:cs="Calibri"/>
                <w:color w:val="1F2937"/>
                <w:sz w:val="2"/>
              </w:rPr>
              <w:t xml:space="preserve"> </w:t>
            </w:r>
          </w:p>
        </w:tc>
      </w:tr>
    </w:tbl>
    <w:p>
      <w:pPr>
        <w:spacing w:before="0" w:after="430" w:line="20" w:lineRule="exact"/>
      </w:pPr>
    </w:p>
    <w:p>
      <w:pPr>
        <w:spacing w:before="0" w:after="240"/>
        <w:ind w:left="930" w:right="930"/>
      </w:pPr>
      <w:r>
        <w:rPr>
          <w:rFonts w:ascii="Calibri" w:hAnsi="Calibri" w:cs="Calibri"/>
          <w:color w:val="5B6472"/>
          <w:sz w:val="21"/>
        </w:rPr>
        <w:t xml:space="preserve">[Month DD, YYYY]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[Guest or Client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Dear [Name],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Thank you for thinking of us for [the occasion]. It was a pleasure to talk through what you have in mind, and we would be delighted to host you and your guests on [date] in [the private dining room / the main dining room / our patio].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Enclosed is a proposed menu for [number] guests along with our event terms. Everything on it can be adjusted — dietary needs, courses, timing — and we are happy to arrange a tasting before you decide. A deposit of [amount] confirms the date; the balance is settled on the day.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If anything is unclear, or you would like to see the space again, call us any afternoon before service. We look forward to cooking for you.</w:t>
      </w:r>
    </w:p>
    <w:p>
      <w:pPr>
        <w:spacing w:before="180" w:after="4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Warm regards,</w:t>
      </w:r>
    </w:p>
    <w:p>
      <w:pPr>
        <w:spacing w:before="0" w:after="3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5B6472"/>
          <w:sz w:val="17"/>
        </w:rPr>
        <w:t xml:space="preserve">[Your Name] · Owner</w:t>
      </w:r>
    </w:p>
    <w:sectPr>
      <w:footerReference w:type="default" r:id="rId90"/>
      <w:pgSz w:w="12240" w:h="15840"/>
      <w:pgMar w:top="660" w:right="0" w:bottom="2080" w:left="0" w:header="720" w:footer="3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8F4128"/>
      </w:pBdr>
      <w:shd w:val="clear" w:color="auto" w:fill="FBF4E9"/>
      <w:spacing w:before="0" w:after="0" w:line="40" w:lineRule="exact"/>
    </w:pPr>
  </w:p>
  <w:tbl>
    <w:tblPr>
      <w:tblW w:w="12760" w:type="dxa"/>
      <w:tblInd w:w="-2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</w:tblPr>
    <w:tblGrid>
      <w:gridCol w:w="1190"/>
      <w:gridCol w:w="3460"/>
      <w:gridCol w:w="3460"/>
      <w:gridCol w:w="3460"/>
      <w:gridCol w:w="1190"/>
    </w:tblGrid>
    <w:tr>
      <w:tc>
        <w:tcPr>
          <w:tcW w:w="1190" w:type="dxa"/>
          <w:shd w:val="clear" w:color="auto" w:fill="FBF4E9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  <w:tc>
        <w:tcPr>
          <w:tcW w:w="3460" w:type="dxa"/>
          <w:shd w:val="clear" w:color="auto" w:fill="FBF4E9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8F4128"/>
              <w:spacing w:val="26"/>
              <w:sz w:val="13"/>
            </w:rPr>
            <w:t xml:space="preserve">Dine-In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[Street Address]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[City, ST 00000]</w:t>
          </w:r>
        </w:p>
      </w:tc>
      <w:tc>
        <w:tcPr>
          <w:tcW w:w="3460" w:type="dxa"/>
          <w:shd w:val="clear" w:color="auto" w:fill="FBF4E9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8F4128"/>
              <w:spacing w:val="26"/>
              <w:sz w:val="13"/>
            </w:rPr>
            <w:t xml:space="preserve">Takeout &amp; Delivery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000-0000]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[restaurantwebsite.com/order]</w:t>
          </w:r>
        </w:p>
      </w:tc>
      <w:tc>
        <w:tcPr>
          <w:tcW w:w="3460" w:type="dxa"/>
          <w:shd w:val="clear" w:color="auto" w:fill="FBF4E9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8F4128"/>
              <w:spacing w:val="26"/>
              <w:sz w:val="13"/>
            </w:rPr>
            <w:t xml:space="preserve">Catering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000-0001]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Trays for [10–100]</w:t>
          </w:r>
        </w:p>
      </w:tc>
      <w:tc>
        <w:tcPr>
          <w:tcW w:w="1190" w:type="dxa"/>
          <w:shd w:val="clear" w:color="auto" w:fill="FBF4E9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</w:tr>
  </w:tbl>
  <w:p>
    <w:pPr>
      <w:shd w:val="clear" w:color="auto" w:fill="FBF4E9"/>
      <w:tabs>
        <w:tab w:pos="930" w:val="left"/>
      </w:tabs>
      <w:spacing w:before="0" w:after="0"/>
    </w:pPr>
    <w:r>
      <w:rPr>
        <w:rFonts w:ascii="Calibri" w:hAnsi="Calibri"/>
        <w:sz w:val="13"/>
      </w:rPr>
      <w:tab/>
    </w:r>
    <w:r>
      <w:rPr>
        <w:rFonts w:ascii="Calibri" w:hAnsi="Calibri" w:cs="Calibri"/>
        <w:caps w:val="true"/>
        <w:color w:val="5B6472"/>
        <w:spacing w:val="22"/>
        <w:sz w:val="13"/>
      </w:rPr>
      <w:t xml:space="preserve">FAMILY OWNED · [@HANDLE] · OPEN [DAYS] [HOURS]</w:t>
    </w:r>
  </w:p>
  <w:p>
    <w:pPr>
      <w:shd w:val="clear" w:color="auto" w:fill="FBF4E9"/>
      <w:spacing w:before="0" w:after="0" w:line="40" w:lineRule="exact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badge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