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hd w:val="clear" w:color="auto" w:fill="1F6F6B"/>
        <w:spacing w:before="0" w:after="0" w:line="120" w:lineRule="exact"/>
      </w:pPr>
    </w:p>
    <w:tbl>
      <w:tblPr>
        <w:tblW w:w="12760" w:type="dxa"/>
        <w:tblInd w:w="-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</w:tblPr>
      <w:tblGrid>
        <w:gridCol w:w="1190"/>
        <w:gridCol w:w="9480"/>
        <w:gridCol w:w="900"/>
        <w:gridCol w:w="1190"/>
      </w:tblGrid>
      <w:tr>
        <w:tc>
          <w:tcPr>
            <w:tcW w:w="1190" w:type="dxa"/>
            <w:shd w:val="clear" w:color="auto" w:fill="1F6F6B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/>
            </w:pPr>
          </w:p>
        </w:tc>
        <w:tc>
          <w:tcPr>
            <w:tcW w:w="9480" w:type="dxa"/>
            <w:shd w:val="clear" w:color="auto" w:fill="1F6F6B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45"/>
            </w:pPr>
            <w:r>
              <w:rPr>
                <w:rFonts w:ascii="Calibri" w:hAnsi="Calibri" w:cs="Calibri"/>
                <w:b/>
                <w:color w:val="FFFFFF"/>
                <w:sz w:val="39"/>
              </w:rPr>
              <w:t xml:space="preserve">[Name] Community College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b/>
                <w:caps w:val="true"/>
                <w:color w:val="B9E1DE"/>
                <w:spacing w:val="40"/>
                <w:sz w:val="14"/>
              </w:rPr>
              <w:t xml:space="preserve">Office of [Admissions · Registrar · Dean of Students]</w:t>
            </w:r>
          </w:p>
        </w:tc>
        <w:tc>
          <w:tcPr>
            <w:tcW w:w="900" w:type="dxa"/>
            <w:shd w:val="clear" w:color="auto" w:fill="1F6F6B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438150" cy="533400"/>
                  <wp:docPr id="61" name="torch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orch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1F6F6B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/>
            </w:pPr>
          </w:p>
        </w:tc>
      </w:tr>
    </w:tbl>
    <w:p>
      <w:pPr>
        <w:shd w:val="clear" w:color="auto" w:fill="1F6F6B"/>
        <w:spacing w:before="0" w:after="0" w:line="200" w:lineRule="exact"/>
      </w:pPr>
    </w:p>
    <w:p>
      <w:pPr>
        <w:shd w:val="clear" w:color="auto" w:fill="C9992E"/>
        <w:spacing w:before="0" w:after="470" w:line="60" w:lineRule="exact"/>
      </w:pPr>
    </w:p>
    <w:p>
      <w:pPr>
        <w:tabs>
          <w:tab w:pos="10380" w:val="right"/>
        </w:tabs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  <w:r>
        <w:rPr>
          <w:rFonts w:ascii="Calibri" w:hAnsi="Calibri"/>
          <w:sz w:val="21"/>
        </w:rPr>
        <w:tab/>
      </w:r>
      <w:r>
        <w:rPr>
          <w:rFonts w:ascii="Consolas" w:hAnsi="Consolas" w:cs="Consolas"/>
          <w:color w:val="5B6472"/>
          <w:sz w:val="18"/>
        </w:rPr>
        <w:t xml:space="preserve">Student ID [00000000]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[Parent or Guardian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Re:  [Subject — e.g., Spring Field Trip to the Science Center]</w:t>
      </w:r>
    </w:p>
    <w:p>
      <w:pPr>
        <w:spacing w:before="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Families,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We are writing to share the details of [event or programme] scheduled for [date]. Students will [brief description], and we expect the day to run from [start time] until [end time], with the regular bus schedule in effect at dismissal.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Please review the attached permission slip and return it, signed, to your child’s teacher by [date]. If your child has a medical need or allergy we should plan for, note it on the slip or contact the school nurse directly; every adult chaperoning the day will have that information with them.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everything you do to support our students. If you have any questions, the front office is open from [time] to [time] on school days, and we are always glad to hear from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Sincerely,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[Title] · Office of [Department]</w:t>
      </w:r>
    </w:p>
    <w:sectPr>
      <w:footerReference w:type="default" r:id="rId90"/>
      <w:pgSz w:w="12240" w:h="15840"/>
      <w:pgMar w:top="0" w:right="0" w:bottom="1900" w:left="0" w:header="72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C9992E"/>
      </w:pBdr>
      <w:shd w:val="clear" w:color="auto" w:fill="1F6F6B"/>
      <w:spacing w:before="0" w:after="0" w:line="40" w:lineRule="exact"/>
    </w:pPr>
  </w:p>
  <w:tbl>
    <w:tblPr>
      <w:tblW w:w="12760" w:type="dxa"/>
      <w:tblInd w:w="-2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</w:tblPr>
    <w:tblGrid>
      <w:gridCol w:w="1190"/>
      <w:gridCol w:w="3460"/>
      <w:gridCol w:w="3460"/>
      <w:gridCol w:w="3460"/>
      <w:gridCol w:w="1190"/>
    </w:tblGrid>
    <w:tr>
      <w:tc>
        <w:tcPr>
          <w:tcW w:w="1190" w:type="dxa"/>
          <w:shd w:val="clear" w:color="auto" w:fill="1F6F6B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  <w:tc>
        <w:tcPr>
          <w:tcW w:w="3460" w:type="dxa"/>
          <w:shd w:val="clear" w:color="auto" w:fill="1F6F6B"/>
          <w:tcMar>
            <w:left w:w="0" w:type="dxa"/>
            <w:right w:w="0" w:type="dxa"/>
          </w:tcMar>
          <w:vAlign w:val="top"/>
        </w:tcPr>
        <w:p>
          <w:pPr>
            <w:spacing w:before="0" w:after="0"/>
            <w:jc w:val="left"/>
          </w:pPr>
          <w:r>
            <w:rPr>
              <w:rFonts w:ascii="Calibri" w:hAnsi="Calibri" w:cs="Calibri"/>
              <w:color w:val="FFFFFF"/>
              <w:sz w:val="17"/>
            </w:rPr>
            <w:t xml:space="preserve">[Campus Name] · [Street Address] · [City, ST 00000]</w:t>
          </w:r>
        </w:p>
      </w:tc>
      <w:tc>
        <w:tcPr>
          <w:tcW w:w="3460" w:type="dxa"/>
          <w:shd w:val="clear" w:color="auto" w:fill="1F6F6B"/>
          <w:tcMar>
            <w:left w:w="0" w:type="dxa"/>
            <w:right w:w="0" w:type="dxa"/>
          </w:tcMar>
          <w:vAlign w:val="top"/>
        </w:tcPr>
        <w:p>
          <w:pPr>
            <w:spacing w:before="0" w:after="0"/>
            <w:jc w:val="center"/>
          </w:pPr>
          <w:r>
            <w:rPr>
              <w:rFonts w:ascii="Calibri" w:hAnsi="Calibri" w:cs="Calibri"/>
              <w:color w:val="FFFFFF"/>
              <w:sz w:val="17"/>
            </w:rPr>
            <w:t xml:space="preserve">Tel [(000) 000-0000] · [office@college.edu]</w:t>
          </w:r>
        </w:p>
      </w:tc>
      <w:tc>
        <w:tcPr>
          <w:tcW w:w="3460" w:type="dxa"/>
          <w:shd w:val="clear" w:color="auto" w:fill="1F6F6B"/>
          <w:tcMar>
            <w:left w:w="0" w:type="dxa"/>
            <w:right w:w="0" w:type="dxa"/>
          </w:tcMar>
          <w:vAlign w:val="top"/>
        </w:tcPr>
        <w:p>
          <w:pPr>
            <w:spacing w:before="0" w:after="0"/>
            <w:jc w:val="right"/>
          </w:pPr>
          <w:r>
            <w:rPr>
              <w:rFonts w:ascii="Calibri" w:hAnsi="Calibri" w:cs="Calibri"/>
              <w:color w:val="FFFFFF"/>
              <w:sz w:val="17"/>
            </w:rPr>
            <w:t xml:space="preserve">[college.edu]</w:t>
          </w:r>
        </w:p>
      </w:tc>
      <w:tc>
        <w:tcPr>
          <w:tcW w:w="1190" w:type="dxa"/>
          <w:shd w:val="clear" w:color="auto" w:fill="1F6F6B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</w:tr>
  </w:tbl>
  <w:p>
    <w:pPr>
      <w:shd w:val="clear" w:color="auto" w:fill="1F6F6B"/>
      <w:tabs>
        <w:tab w:pos="930" w:val="left"/>
      </w:tabs>
      <w:spacing w:before="0" w:after="0"/>
    </w:pPr>
    <w:r>
      <w:rPr>
        <w:rFonts w:ascii="Calibri" w:hAnsi="Calibri"/>
        <w:sz w:val="13"/>
      </w:rPr>
      <w:tab/>
    </w:r>
    <w:r>
      <w:rPr>
        <w:rFonts w:ascii="Calibri" w:hAnsi="Calibri" w:cs="Calibri"/>
        <w:caps w:val="true"/>
        <w:color w:val="B9E1DE"/>
        <w:spacing w:val="22"/>
        <w:sz w:val="13"/>
      </w:rPr>
      <w:t xml:space="preserve">AN EQUAL OPPORTUNITY INSTITUTION · ACCREDITED BY [AGENCY] · [ADD YOUR REQUIRED NOTICES]</w:t>
    </w:r>
  </w:p>
  <w:p>
    <w:pPr>
      <w:shd w:val="clear" w:color="auto" w:fill="1F6F6B"/>
      <w:spacing w:before="0" w:after="0" w:line="40" w:lineRule="exact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torch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