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DFDFB"/>
  <w:body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p>
      <w:pPr>
        <w:spacing w:before="0" w:after="150"/>
        <w:ind w:left="930" w:right="930"/>
        <w:jc w:val="center"/>
      </w:pPr>
      <w:r>
        <w:drawing>
          <wp:inline xmlns:a="http://schemas.openxmlformats.org/drawingml/2006/main" xmlns:pic="http://schemas.openxmlformats.org/drawingml/2006/picture">
            <wp:extent cx="800100" cy="800100"/>
            <wp:docPr id="61" name="seal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eal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0" w:after="40"/>
        <w:ind w:left="930" w:right="930"/>
        <w:jc w:val="center"/>
      </w:pPr>
      <w:r>
        <w:rPr>
          <w:rFonts w:ascii="Calibri" w:hAnsi="Calibri" w:cs="Calibri"/>
          <w:b/>
          <w:color w:val="1F3A5F"/>
          <w:sz w:val="38"/>
        </w:rPr>
        <w:t xml:space="preserve">[Name] School District</w:t>
      </w:r>
    </w:p>
    <w:p>
      <w:pPr>
        <w:spacing w:before="0" w:after="160"/>
        <w:ind w:left="930" w:right="930"/>
        <w:jc w:val="center"/>
      </w:pPr>
      <w:r>
        <w:rPr>
          <w:rFonts w:ascii="Calibri" w:hAnsi="Calibri" w:cs="Calibri"/>
          <w:b/>
          <w:caps w:val="true"/>
          <w:color w:val="8A6414"/>
          <w:spacing w:val="48"/>
          <w:sz w:val="14"/>
        </w:rPr>
        <w:t xml:space="preserve">Board of Education · Office of the Superintendent</w:t>
      </w:r>
    </w:p>
    <w:p>
      <w:pPr>
        <w:pBdr>
          <w:bottom w:val="single" w:sz="16" w:space="4" w:color="1F3A5F"/>
        </w:pBdr>
        <w:spacing w:before="0" w:after="0" w:line="20" w:lineRule="exact"/>
        <w:ind w:left="930" w:right="930"/>
      </w:pPr>
    </w:p>
    <w:p>
      <w:pPr>
        <w:pBdr>
          <w:bottom w:val="single" w:sz="6" w:space="4" w:color="C9992E"/>
        </w:pBdr>
        <w:spacing w:before="0" w:after="430" w:line="40" w:lineRule="exact"/>
        <w:ind w:left="930" w:right="930"/>
      </w:pPr>
    </w:p>
    <w:p>
      <w:pPr>
        <w:tabs>
          <w:tab w:pos="10380" w:val="right"/>
        </w:tabs>
        <w:spacing w:before="0" w:after="240"/>
        <w:ind w:left="930" w:right="930"/>
      </w:pPr>
      <w:r>
        <w:rPr>
          <w:rFonts w:ascii="Calibri" w:hAnsi="Calibri" w:cs="Calibri"/>
          <w:color w:val="5B6472"/>
          <w:sz w:val="21"/>
        </w:rPr>
        <w:t xml:space="preserve">[Month DD, YYYY]</w:t>
      </w:r>
      <w:r>
        <w:rPr>
          <w:rFonts w:ascii="Calibri" w:hAnsi="Calibri"/>
          <w:sz w:val="21"/>
        </w:rPr>
        <w:tab/>
      </w:r>
      <w:r>
        <w:rPr>
          <w:rFonts w:ascii="Consolas" w:hAnsi="Consolas" w:cs="Consolas"/>
          <w:color w:val="5B6472"/>
          <w:sz w:val="18"/>
        </w:rPr>
        <w:t xml:space="preserve">Ref. [0000-00]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[Parent or Guardian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[Street Address]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[City, ST 00000]</w:t>
      </w:r>
    </w:p>
    <w:p>
      <w:pPr>
        <w:spacing w:before="220" w:after="160"/>
        <w:ind w:left="930" w:right="930"/>
      </w:pPr>
      <w:r>
        <w:rPr>
          <w:rFonts w:ascii="Calibri" w:hAnsi="Calibri" w:cs="Calibri"/>
          <w:b/>
          <w:color w:val="1F2937"/>
          <w:sz w:val="21"/>
        </w:rPr>
        <w:t xml:space="preserve">Re:  [Subject — e.g., Spring Field Trip to the Science Center]</w:t>
      </w:r>
    </w:p>
    <w:p>
      <w:pPr>
        <w:spacing w:before="0" w:after="16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Dear Families,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We are writing to share the details of [event or programme] scheduled for [date]. Students will [brief description], and we expect the day to run from [start time] until [end time], with the regular bus schedule in effect at dismissal.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Please review the attached permission slip and return it, signed, to your child’s teacher by [date]. If your child has a medical need or allergy we should plan for, note it on the slip or contact the school nurse directly; every adult chaperoning the day will have that information with them.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Thank you for everything you do to support our students. If you have any questions, the front office is open from [time] to [time] on school days, and we are always glad to hear from you.</w:t>
      </w:r>
    </w:p>
    <w:p>
      <w:pPr>
        <w:spacing w:before="180" w:after="4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Sincerely,</w:t>
      </w:r>
    </w:p>
    <w:p>
      <w:pPr>
        <w:spacing w:before="0" w:after="30"/>
        <w:ind w:left="930" w:right="930"/>
      </w:pPr>
      <w:r>
        <w:rPr>
          <w:rFonts w:ascii="Calibri" w:hAnsi="Calibri" w:cs="Calibri"/>
          <w:b/>
          <w:color w:val="1F2937"/>
          <w:sz w:val="21"/>
        </w:rPr>
        <w:t xml:space="preserve">[Your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5B6472"/>
          <w:sz w:val="17"/>
        </w:rPr>
        <w:t xml:space="preserve">[Title] · [Name] School District</w:t>
      </w:r>
    </w:p>
    <w:sectPr>
      <w:footerReference w:type="default" r:id="rId90"/>
      <w:pgSz w:w="12240" w:h="15840"/>
      <w:pgMar w:top="690" w:right="0" w:bottom="2080" w:left="0" w:header="720" w:footer="38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6" w:space="6" w:color="1F3A5F"/>
      </w:pBdr>
      <w:shd w:val="clear" w:color="auto" w:fill="F3F4F7"/>
      <w:spacing w:before="0" w:after="0" w:line="40" w:lineRule="exact"/>
    </w:pPr>
  </w:p>
  <w:tbl>
    <w:tblPr>
      <w:tblW w:w="12760" w:type="dxa"/>
      <w:tblInd w:w="-26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</w:tblPr>
    <w:tblGrid>
      <w:gridCol w:w="1190"/>
      <w:gridCol w:w="3460"/>
      <w:gridCol w:w="3460"/>
      <w:gridCol w:w="3460"/>
      <w:gridCol w:w="1190"/>
    </w:tblGrid>
    <w:tr>
      <w:tc>
        <w:tcPr>
          <w:tcW w:w="1190" w:type="dxa"/>
          <w:shd w:val="clear" w:color="auto" w:fill="F3F4F7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  <w:tc>
        <w:tcPr>
          <w:tcW w:w="3460" w:type="dxa"/>
          <w:shd w:val="clear" w:color="auto" w:fill="F3F4F7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1F3A5F"/>
              <w:spacing w:val="26"/>
              <w:sz w:val="13"/>
            </w:rPr>
            <w:t xml:space="preserve">District Office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[Street Address]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[City, ST 00000] · [(000) 000-0000]</w:t>
          </w:r>
        </w:p>
      </w:tc>
      <w:tc>
        <w:tcPr>
          <w:tcW w:w="3460" w:type="dxa"/>
          <w:shd w:val="clear" w:color="auto" w:fill="F3F4F7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1F3A5F"/>
              <w:spacing w:val="26"/>
              <w:sz w:val="13"/>
            </w:rPr>
            <w:t xml:space="preserve">Enrollment &amp; Records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[(000) 000-0001]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[records@district.org]</w:t>
          </w:r>
        </w:p>
      </w:tc>
      <w:tc>
        <w:tcPr>
          <w:tcW w:w="3460" w:type="dxa"/>
          <w:shd w:val="clear" w:color="auto" w:fill="F3F4F7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1F3A5F"/>
              <w:spacing w:val="26"/>
              <w:sz w:val="13"/>
            </w:rPr>
            <w:t xml:space="preserve">Transportation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[(000) 000-0002]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[districtwebsite.org/transportation]</w:t>
          </w:r>
        </w:p>
      </w:tc>
      <w:tc>
        <w:tcPr>
          <w:tcW w:w="1190" w:type="dxa"/>
          <w:shd w:val="clear" w:color="auto" w:fill="F3F4F7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</w:tr>
  </w:tbl>
  <w:p>
    <w:pPr>
      <w:shd w:val="clear" w:color="auto" w:fill="F3F4F7"/>
      <w:tabs>
        <w:tab w:pos="930" w:val="left"/>
      </w:tabs>
      <w:spacing w:before="0" w:after="0"/>
    </w:pPr>
    <w:r>
      <w:rPr>
        <w:rFonts w:ascii="Calibri" w:hAnsi="Calibri"/>
        <w:sz w:val="13"/>
      </w:rPr>
      <w:tab/>
    </w:r>
    <w:r>
      <w:rPr>
        <w:rFonts w:ascii="Calibri" w:hAnsi="Calibri" w:cs="Calibri"/>
        <w:caps w:val="true"/>
        <w:color w:val="5B6472"/>
        <w:spacing w:val="22"/>
        <w:sz w:val="13"/>
      </w:rPr>
      <w:t xml:space="preserve">THE DISTRICT DOES NOT DISCRIMINATE ON THE BASIS OF RACE, COLOR, NATIONAL ORIGIN, SEX, DISABILITY OR AGE · [ADD YOUR COMPLIANCE CONTACT]</w:t>
    </w:r>
  </w:p>
  <w:p>
    <w:pPr>
      <w:shd w:val="clear" w:color="auto" w:fill="F3F4F7"/>
      <w:spacing w:before="0" w:after="0" w:line="40" w:lineRule="exact"/>
    </w:pP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seal.png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