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140"/>
        <w:gridCol w:w="6390"/>
        <w:gridCol w:w="2850"/>
      </w:tblGrid>
      <w:tr>
        <w:tc>
          <w:tcPr>
            <w:tcW w:w="114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571500" cy="666750"/>
                  <wp:docPr id="61" name="crest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crest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1F3A5F"/>
                <w:sz w:val="40"/>
              </w:rPr>
              <w:t xml:space="preserve">[Name] High School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8A6414"/>
                <w:spacing w:val="48"/>
                <w:sz w:val="14"/>
              </w:rPr>
              <w:t xml:space="preserve">HOME OF THE [MASCOTS] · EST. [YEAR]</w:t>
            </w:r>
          </w:p>
        </w:tc>
        <w:tc>
          <w:tcPr>
            <w:tcW w:w="2850" w:type="dxa"/>
            <w:vAlign w:val="center"/>
          </w:tcPr>
          <w:p>
            <w:pPr>
              <w:spacing w:before="0" w:after="20"/>
              <w:jc w:val="right"/>
            </w:pPr>
            <w:r>
              <w:rPr>
                <w:rFonts w:ascii="Calibri" w:hAnsi="Calibri" w:cs="Calibri"/>
                <w:caps w:val="true"/>
                <w:color w:val="5B6472"/>
                <w:spacing w:val="30"/>
                <w:sz w:val="13"/>
              </w:rPr>
              <w:t xml:space="preserve">Main Office</w:t>
            </w:r>
          </w:p>
          <w:p>
            <w:pPr>
              <w:spacing w:before="0" w:after="0"/>
              <w:jc w:val="right"/>
            </w:pPr>
            <w:r>
              <w:rPr>
                <w:rFonts w:ascii="Calibri" w:hAnsi="Calibri" w:cs="Calibri"/>
                <w:b/>
                <w:color w:val="1F3A5F"/>
                <w:sz w:val="22"/>
              </w:rPr>
              <w:t xml:space="preserve">[(000) 000-0000]</w:t>
            </w:r>
          </w:p>
        </w:tc>
      </w:tr>
    </w:tbl>
    <w:p>
      <w:pPr>
        <w:pBdr>
          <w:bottom w:val="single" w:sz="24" w:space="4" w:color="1F3A5F"/>
        </w:pBdr>
        <w:spacing w:before="0" w:after="0" w:line="160" w:lineRule="exact"/>
        <w:ind w:left="930" w:right="930"/>
      </w:pPr>
    </w:p>
    <w:p>
      <w:pPr>
        <w:pBdr>
          <w:bottom w:val="single" w:sz="8" w:space="4" w:color="C9992E"/>
        </w:pBdr>
        <w:spacing w:before="0" w:after="430" w:line="40" w:lineRule="exact"/>
        <w:ind w:left="930" w:right="930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Re:  [Subject — e.g., Spring Field Trip to the Science Center]</w:t>
      </w:r>
    </w:p>
    <w:p>
      <w:pPr>
        <w:spacing w:before="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[Title] · [Name] High School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1F3A5F"/>
      </w:pBdr>
      <w:shd w:val="clear" w:color="auto" w:fill="F2F4F8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2595"/>
      <w:gridCol w:w="2595"/>
      <w:gridCol w:w="2595"/>
      <w:gridCol w:w="2595"/>
      <w:gridCol w:w="1190"/>
    </w:tblGrid>
    <w:tr>
      <w:tc>
        <w:tcPr>
          <w:tcW w:w="1190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2595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Main Office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[City, ST 00000]</w:t>
          </w:r>
        </w:p>
      </w:tc>
      <w:tc>
        <w:tcPr>
          <w:tcW w:w="2595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Attendance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[attendance@school.org]</w:t>
          </w:r>
        </w:p>
      </w:tc>
      <w:tc>
        <w:tcPr>
          <w:tcW w:w="2595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Counseling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000-0002]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By appointment</w:t>
          </w:r>
        </w:p>
      </w:tc>
      <w:tc>
        <w:tcPr>
          <w:tcW w:w="2595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3A5F"/>
              <w:spacing w:val="26"/>
              <w:sz w:val="13"/>
            </w:rPr>
            <w:t xml:space="preserve">Athletics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000-0003]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[schoolwebsite.org/athletics]</w:t>
          </w:r>
        </w:p>
      </w:tc>
      <w:tc>
        <w:tcPr>
          <w:tcW w:w="1190" w:type="dxa"/>
          <w:shd w:val="clear" w:color="auto" w:fill="F2F4F8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2F4F8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EQUAL OPPORTUNITY · NONDISCRIMINATION NOTICE · [ADD YOUR DISTRICT’S REQUIRED WORDING]</w:t>
    </w:r>
  </w:p>
  <w:p>
    <w:pPr>
      <w:shd w:val="clear" w:color="auto" w:fill="F2F4F8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crest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