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tbl>
      <w:tblPr>
        <w:tblW w:w="10380" w:type="dxa"/>
        <w:tblInd w:w="9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9480"/>
        <w:gridCol w:w="900"/>
      </w:tblGrid>
      <w:tr>
        <w:tc>
          <w:tcPr>
            <w:tcW w:w="9480" w:type="dxa"/>
            <w:vAlign w:val="center"/>
          </w:tcPr>
          <w:p>
            <w:pPr>
              <w:spacing w:before="0" w:after="30"/>
            </w:pPr>
            <w:r>
              <w:rPr>
                <w:rFonts w:ascii="Calibri" w:hAnsi="Calibri" w:cs="Calibri"/>
                <w:b/>
                <w:color w:val="2B3A4A"/>
                <w:sz w:val="38"/>
              </w:rPr>
              <w:t xml:space="preserve">[School Name]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b/>
                <w:caps w:val="true"/>
                <w:color w:val="B83A2B"/>
                <w:spacing w:val="52"/>
                <w:sz w:val="14"/>
              </w:rPr>
              <w:t xml:space="preserve">OFFICE OF THE PRINCIPAL</w:t>
            </w:r>
          </w:p>
        </w:tc>
        <w:tc>
          <w:tcPr>
            <w:tcW w:w="900" w:type="dxa"/>
            <w:vAlign w:val="center"/>
          </w:tcPr>
          <w:p>
            <w:pPr>
              <w:spacing w:before="0" w:after="0"/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571500" cy="571500"/>
                  <wp:docPr id="61" name="schoolhouse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choolhouse.png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Bdr>
          <w:bottom w:val="single" w:sz="24" w:space="4" w:color="2B3A4A"/>
        </w:pBdr>
        <w:spacing w:before="0" w:after="0" w:line="160" w:lineRule="exact"/>
        <w:ind w:left="930" w:right="930"/>
      </w:pPr>
    </w:p>
    <w:p>
      <w:pPr>
        <w:pBdr>
          <w:bottom w:val="single" w:sz="6" w:space="4" w:color="B83A2B"/>
        </w:pBdr>
        <w:spacing w:before="0" w:after="430" w:line="40" w:lineRule="exact"/>
        <w:ind w:left="930" w:right="930"/>
      </w:pPr>
    </w:p>
    <w:p>
      <w:pPr>
        <w:tabs>
          <w:tab w:pos="10380" w:val="right"/>
        </w:tabs>
        <w:spacing w:before="0" w:after="240"/>
        <w:ind w:left="930" w:right="930"/>
      </w:pPr>
      <w:r>
        <w:rPr>
          <w:rFonts w:ascii="Calibri" w:hAnsi="Calibri" w:cs="Calibri"/>
          <w:color w:val="5B6472"/>
          <w:sz w:val="21"/>
        </w:rPr>
        <w:t xml:space="preserve">[Month DD, YYYY]</w:t>
      </w:r>
      <w:r>
        <w:rPr>
          <w:rFonts w:ascii="Calibri" w:hAnsi="Calibri"/>
          <w:sz w:val="21"/>
        </w:rPr>
        <w:tab/>
      </w:r>
      <w:r>
        <w:rPr>
          <w:rFonts w:ascii="Consolas" w:hAnsi="Consolas" w:cs="Consolas"/>
          <w:color w:val="5B6472"/>
          <w:sz w:val="18"/>
        </w:rPr>
        <w:t xml:space="preserve">Ref. [0000-00]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[Parent or Guardian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[Street Address]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[City, ST 00000]</w:t>
      </w:r>
    </w:p>
    <w:p>
      <w:pPr>
        <w:spacing w:before="220" w:after="160"/>
        <w:ind w:left="930" w:right="930"/>
      </w:pPr>
      <w:r>
        <w:rPr>
          <w:rFonts w:ascii="Calibri" w:hAnsi="Calibri" w:cs="Calibri"/>
          <w:b/>
          <w:color w:val="1F2937"/>
          <w:sz w:val="21"/>
        </w:rPr>
        <w:t xml:space="preserve">Re:  [Subject — e.g., Spring Field Trip to the Science Center]</w:t>
      </w:r>
    </w:p>
    <w:p>
      <w:pPr>
        <w:spacing w:before="0" w:after="16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Dear Families,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We are writing to share the details of [event or programme] scheduled for [date]. Students will [brief description], and we expect the day to run from [start time] until [end time], with the regular bus schedule in effect at dismissal.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Please review the attached permission slip and return it, signed, to your child’s teacher by [date]. If your child has a medical need or allergy we should plan for, note it on the slip or contact the school nurse directly; every adult chaperoning the day will have that information with them.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Thank you for everything you do to support our students. If you have any questions, the front office is open from [time] to [time] on school days, and we are always glad to hear from you.</w:t>
      </w:r>
    </w:p>
    <w:p>
      <w:pPr>
        <w:spacing w:before="180" w:after="4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Sincerely,</w:t>
      </w:r>
    </w:p>
    <w:p>
      <w:pPr>
        <w:spacing w:before="0" w:after="30"/>
        <w:ind w:left="930" w:right="930"/>
      </w:pPr>
      <w:r>
        <w:rPr>
          <w:rFonts w:ascii="Calibri" w:hAnsi="Calibri" w:cs="Calibri"/>
          <w:b/>
          <w:color w:val="1F2937"/>
          <w:sz w:val="21"/>
        </w:rPr>
        <w:t xml:space="preserve">[Your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5B6472"/>
          <w:sz w:val="17"/>
        </w:rPr>
        <w:t xml:space="preserve">[Your Name] · Principal</w:t>
      </w:r>
    </w:p>
    <w:sectPr>
      <w:footerReference w:type="default" r:id="rId90"/>
      <w:pgSz w:w="12240" w:h="15840"/>
      <w:pgMar w:top="660" w:right="0" w:bottom="1900" w:left="0" w:header="72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B83A2B"/>
      </w:pBdr>
      <w:shd w:val="clear" w:color="auto" w:fill="2B3A4A"/>
      <w:spacing w:before="0" w:after="0" w:line="40" w:lineRule="exact"/>
    </w:pPr>
  </w:p>
  <w:tbl>
    <w:tblPr>
      <w:tblW w:w="12760" w:type="dxa"/>
      <w:tblInd w:w="-26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</w:tblPr>
    <w:tblGrid>
      <w:gridCol w:w="1190"/>
      <w:gridCol w:w="3460"/>
      <w:gridCol w:w="3460"/>
      <w:gridCol w:w="3460"/>
      <w:gridCol w:w="1190"/>
    </w:tblGrid>
    <w:tr>
      <w:tc>
        <w:tcPr>
          <w:tcW w:w="1190" w:type="dxa"/>
          <w:shd w:val="clear" w:color="auto" w:fill="2B3A4A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  <w:tc>
        <w:tcPr>
          <w:tcW w:w="3460" w:type="dxa"/>
          <w:shd w:val="clear" w:color="auto" w:fill="2B3A4A"/>
          <w:tcMar>
            <w:left w:w="0" w:type="dxa"/>
            <w:right w:w="0" w:type="dxa"/>
          </w:tcMar>
          <w:vAlign w:val="top"/>
        </w:tcPr>
        <w:p>
          <w:pPr>
            <w:spacing w:before="0" w:after="0"/>
            <w:jc w:val="left"/>
          </w:pPr>
          <w:r>
            <w:rPr>
              <w:rFonts w:ascii="Calibri" w:hAnsi="Calibri" w:cs="Calibri"/>
              <w:color w:val="FFFFFF"/>
              <w:sz w:val="17"/>
            </w:rPr>
            <w:t xml:space="preserve">[Street Address] · [City, ST 00000]</w:t>
          </w:r>
        </w:p>
      </w:tc>
      <w:tc>
        <w:tcPr>
          <w:tcW w:w="3460" w:type="dxa"/>
          <w:shd w:val="clear" w:color="auto" w:fill="2B3A4A"/>
          <w:tcMar>
            <w:left w:w="0" w:type="dxa"/>
            <w:right w:w="0" w:type="dxa"/>
          </w:tcMar>
          <w:vAlign w:val="top"/>
        </w:tcPr>
        <w:p>
          <w:pPr>
            <w:spacing w:before="0" w:after="0"/>
            <w:jc w:val="center"/>
          </w:pPr>
          <w:r>
            <w:rPr>
              <w:rFonts w:ascii="Calibri" w:hAnsi="Calibri" w:cs="Calibri"/>
              <w:color w:val="FFFFFF"/>
              <w:sz w:val="17"/>
            </w:rPr>
            <w:t xml:space="preserve">Tel [(000) 000-0000] · Fax [(000) 000-0001]</w:t>
          </w:r>
        </w:p>
      </w:tc>
      <w:tc>
        <w:tcPr>
          <w:tcW w:w="3460" w:type="dxa"/>
          <w:shd w:val="clear" w:color="auto" w:fill="2B3A4A"/>
          <w:tcMar>
            <w:left w:w="0" w:type="dxa"/>
            <w:right w:w="0" w:type="dxa"/>
          </w:tcMar>
          <w:vAlign w:val="top"/>
        </w:tcPr>
        <w:p>
          <w:pPr>
            <w:spacing w:before="0" w:after="0"/>
            <w:jc w:val="right"/>
          </w:pPr>
          <w:r>
            <w:rPr>
              <w:rFonts w:ascii="Calibri" w:hAnsi="Calibri" w:cs="Calibri"/>
              <w:color w:val="FFFFFF"/>
              <w:sz w:val="17"/>
            </w:rPr>
            <w:t xml:space="preserve">[schoolwebsite.org]</w:t>
          </w:r>
        </w:p>
      </w:tc>
      <w:tc>
        <w:tcPr>
          <w:tcW w:w="1190" w:type="dxa"/>
          <w:shd w:val="clear" w:color="auto" w:fill="2B3A4A"/>
          <w:tcMar>
            <w:left w:w="0" w:type="dxa"/>
            <w:right w:w="0" w:type="dxa"/>
          </w:tcMar>
          <w:vAlign w:val="top"/>
        </w:tcPr>
        <w:p>
          <w:pPr>
            <w:spacing w:before="0" w:after="0"/>
          </w:pPr>
        </w:p>
      </w:tc>
    </w:tr>
  </w:tbl>
  <w:p>
    <w:pPr>
      <w:shd w:val="clear" w:color="auto" w:fill="2B3A4A"/>
      <w:tabs>
        <w:tab w:pos="930" w:val="left"/>
      </w:tabs>
      <w:spacing w:before="0" w:after="0"/>
    </w:pPr>
    <w:r>
      <w:rPr>
        <w:rFonts w:ascii="Calibri" w:hAnsi="Calibri"/>
        <w:sz w:val="13"/>
      </w:rPr>
      <w:tab/>
    </w:r>
    <w:r>
      <w:rPr>
        <w:rFonts w:ascii="Calibri" w:hAnsi="Calibri" w:cs="Calibri"/>
        <w:caps w:val="true"/>
        <w:color w:val="C9D3DD"/>
        <w:spacing w:val="22"/>
        <w:sz w:val="13"/>
      </w:rPr>
      <w:t xml:space="preserve">ISSUED ON OFFICIAL [SCHOOL NAME] LETTERHEAD · [SEAL OR STAMP HERE] · EQUAL OPPORTUNITY · [REQUIRED NOTICES]</w:t>
    </w:r>
  </w:p>
  <w:p>
    <w:pPr>
      <w:shd w:val="clear" w:color="auto" w:fill="2B3A4A"/>
      <w:spacing w:before="0" w:after="0" w:line="40" w:lineRule="exact"/>
    </w:pP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schoolhouse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