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FBF6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p>
      <w:pPr>
        <w:spacing w:before="0" w:after="140"/>
        <w:ind w:left="990" w:right="990"/>
        <w:jc w:val="center"/>
      </w:pPr>
      <w:r>
        <w:drawing>
          <wp:inline xmlns:a="http://schemas.openxmlformats.org/drawingml/2006/main" xmlns:pic="http://schemas.openxmlformats.org/drawingml/2006/picture">
            <wp:extent cx="552450" cy="552450"/>
            <wp:docPr id="61" name="cross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ross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40"/>
        <w:ind w:left="990" w:right="990"/>
        <w:jc w:val="center"/>
      </w:pPr>
      <w:r>
        <w:rPr>
          <w:rFonts w:ascii="Cambria" w:hAnsi="Cambria" w:cs="Cambria"/>
          <w:b/>
          <w:color w:val="1F3A5F"/>
          <w:sz w:val="40"/>
        </w:rPr>
        <w:t xml:space="preserve">[School Name]</w:t>
      </w:r>
    </w:p>
    <w:p>
      <w:pPr>
        <w:spacing w:before="0" w:after="160"/>
        <w:ind w:left="990" w:right="990"/>
        <w:jc w:val="center"/>
      </w:pPr>
      <w:r>
        <w:rPr>
          <w:rFonts w:ascii="Cambria" w:hAnsi="Cambria" w:cs="Cambria"/>
          <w:i/>
          <w:color w:val="8A6414"/>
          <w:sz w:val="19"/>
        </w:rPr>
        <w:t xml:space="preserve">Founded [Year] · [Motto — e.g., Faith, Knowledge, Service]</w:t>
      </w:r>
    </w:p>
    <w:p>
      <w:pPr>
        <w:pBdr>
          <w:bottom w:val="single" w:sz="6" w:space="4" w:color="C9992E"/>
        </w:pBdr>
        <w:spacing w:before="0" w:after="470" w:line="20" w:lineRule="exact"/>
        <w:ind w:left="990" w:right="990"/>
      </w:pPr>
    </w:p>
    <w:p>
      <w:pPr>
        <w:spacing w:before="0" w:after="240"/>
        <w:ind w:left="990" w:right="990"/>
      </w:pPr>
      <w:r>
        <w:rPr>
          <w:rFonts w:ascii="Cambria" w:hAnsi="Cambria" w:cs="Cambria"/>
          <w:color w:val="5B6472"/>
          <w:sz w:val="21"/>
        </w:rPr>
        <w:t xml:space="preserve">[Month DD, YYYY]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[Parent or Guardian Name]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[Street Address]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[City, ST 00000]</w:t>
      </w:r>
    </w:p>
    <w:p>
      <w:pPr>
        <w:spacing w:before="220" w:after="16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Dear Families,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Sincerely,</w:t>
      </w:r>
    </w:p>
    <w:p>
      <w:pPr>
        <w:spacing w:before="0" w:after="30"/>
        <w:ind w:left="990" w:right="990"/>
      </w:pPr>
      <w:r>
        <w:rPr>
          <w:rFonts w:ascii="Cambria" w:hAnsi="Cambria" w:cs="Cambria"/>
          <w:b/>
          <w:color w:val="1F2937"/>
          <w:sz w:val="21"/>
        </w:rPr>
        <w:t xml:space="preserve">[Your Name]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5B6472"/>
          <w:sz w:val="17"/>
        </w:rPr>
        <w:t xml:space="preserve">[Title] · [School Name]</w:t>
      </w:r>
    </w:p>
    <w:sectPr>
      <w:footerReference w:type="default" r:id="rId90"/>
      <w:pgSz w:w="12240" w:h="15840"/>
      <w:pgMar w:top="690" w:right="0" w:bottom="1520" w:left="0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C9992E"/>
      </w:pBdr>
      <w:spacing w:before="0" w:after="0" w:line="20" w:lineRule="exact"/>
      <w:ind w:left="990" w:right="990"/>
    </w:pPr>
  </w:p>
  <w:tbl>
    <w:tblPr>
      <w:tblW w:w="10260" w:type="dxa"/>
      <w:tblInd w:w="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</w:tblPr>
    <w:tblGrid>
      <w:gridCol w:w="3420"/>
      <w:gridCol w:w="3420"/>
      <w:gridCol w:w="3420"/>
    </w:tblGrid>
    <w:tr>
      <w:tc>
        <w:tcPr>
          <w:tcW w:w="3420" w:type="dxa"/>
          <w:vAlign w:val="top"/>
        </w:tcPr>
        <w:p>
          <w:pPr>
            <w:spacing w:before="0" w:after="0"/>
            <w:jc w:val="left"/>
          </w:pPr>
          <w:r>
            <w:rPr>
              <w:rFonts w:ascii="Cambria" w:hAnsi="Cambria" w:cs="Cambria"/>
              <w:color w:val="4B5563"/>
              <w:sz w:val="17"/>
            </w:rPr>
            <w:t xml:space="preserve">[Street Address] · [City, ST 00000]</w:t>
          </w:r>
        </w:p>
      </w:tc>
      <w:tc>
        <w:tcPr>
          <w:tcW w:w="3420" w:type="dxa"/>
          <w:vAlign w:val="top"/>
        </w:tcPr>
        <w:p>
          <w:pPr>
            <w:spacing w:before="0" w:after="0"/>
            <w:jc w:val="center"/>
          </w:pPr>
          <w:r>
            <w:rPr>
              <w:rFonts w:ascii="Cambria" w:hAnsi="Cambria" w:cs="Cambria"/>
              <w:color w:val="4B5563"/>
              <w:sz w:val="17"/>
            </w:rPr>
            <w:t xml:space="preserve">Admissions [(000) 000-0000]</w:t>
          </w:r>
        </w:p>
      </w:tc>
      <w:tc>
        <w:tcPr>
          <w:tcW w:w="3420" w:type="dxa"/>
          <w:vAlign w:val="top"/>
        </w:tcPr>
        <w:p>
          <w:pPr>
            <w:spacing w:before="0" w:after="0"/>
            <w:jc w:val="right"/>
          </w:pPr>
          <w:r>
            <w:rPr>
              <w:rFonts w:ascii="Cambria" w:hAnsi="Cambria" w:cs="Cambria"/>
              <w:color w:val="4B5563"/>
              <w:sz w:val="17"/>
            </w:rPr>
            <w:t xml:space="preserve">[schoolwebsite.org]</w:t>
          </w:r>
        </w:p>
      </w:tc>
    </w:tr>
  </w:tbl>
  <w:p>
    <w:pPr>
      <w:spacing w:before="0" w:after="40" w:line="20" w:lineRule="exact"/>
    </w:pPr>
  </w:p>
  <w:p>
    <w:pPr>
      <w:spacing w:before="0" w:after="0"/>
      <w:ind w:left="990" w:right="990"/>
      <w:jc w:val="left"/>
    </w:pPr>
    <w:r>
      <w:rPr>
        <w:rFonts w:ascii="Calibri" w:hAnsi="Calibri" w:cs="Calibri"/>
        <w:caps w:val="true"/>
        <w:color w:val="5B6472"/>
        <w:spacing w:val="22"/>
        <w:sz w:val="13"/>
      </w:rPr>
      <w:t xml:space="preserve">AN INDEPENDENT [PRE-K–12] SCHOOL · ADMISSION WITHOUT REGARD TO RACE, COLOR, NATIONAL OR ETHNIC ORIGIN · ACCREDITED BY [AGENCY]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cross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