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</w:pPr>
      <w:r>
        <w:rPr>
          <w:rFonts w:ascii="Calibri" w:hAnsi="Calibri" w:cs="Calibri"/>
          <w:color w:val="1F2937"/>
          <w:sz w:val="2"/>
        </w:rPr>
        <w:t xml:space="preserve"> </w:t>
      </w:r>
    </w:p>
    <w:tbl>
      <w:tblPr>
        <w:tblW w:w="10380" w:type="dxa"/>
        <w:tblInd w:w="9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1680"/>
        <w:gridCol w:w="8700"/>
      </w:tblGrid>
      <w:tr>
        <w:tc>
          <w:tcPr>
            <w:tcW w:w="1680" w:type="dxa"/>
            <w:vAlign w:val="center"/>
          </w:tcPr>
          <w:p>
            <w:pPr>
              <w:spacing w:before="0" w:after="0"/>
            </w:pPr>
            <w:r>
              <w:drawing>
                <wp:inline xmlns:a="http://schemas.openxmlformats.org/drawingml/2006/main" xmlns:pic="http://schemas.openxmlformats.org/drawingml/2006/picture">
                  <wp:extent cx="914400" cy="457200"/>
                  <wp:docPr id="61" name="pennant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ennant.png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0" w:type="dxa"/>
            <w:vAlign w:val="center"/>
          </w:tcPr>
          <w:p>
            <w:pPr>
              <w:spacing w:before="0" w:after="30"/>
            </w:pPr>
            <w:r>
              <w:rPr>
                <w:rFonts w:ascii="Calibri" w:hAnsi="Calibri" w:cs="Calibri"/>
                <w:b/>
                <w:color w:val="1F3A5F"/>
                <w:sz w:val="38"/>
              </w:rPr>
              <w:t xml:space="preserve">[School Name] PTA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b/>
                <w:caps w:val="true"/>
                <w:color w:val="8A6414"/>
                <w:spacing w:val="48"/>
                <w:sz w:val="14"/>
              </w:rPr>
              <w:t xml:space="preserve">PARENT TEACHER ASSOCIATION · UNIT NO. [0000]</w:t>
            </w:r>
          </w:p>
        </w:tc>
      </w:tr>
    </w:tbl>
    <w:p>
      <w:pPr>
        <w:pBdr>
          <w:bottom w:val="single" w:sz="16" w:space="4" w:color="1F3A5F"/>
        </w:pBdr>
        <w:spacing w:before="0" w:after="460" w:line="190" w:lineRule="exact"/>
        <w:ind w:left="930" w:right="930"/>
      </w:pPr>
    </w:p>
    <w:p>
      <w:pPr>
        <w:spacing w:before="0" w:after="240"/>
        <w:ind w:left="930" w:right="930"/>
      </w:pPr>
      <w:r>
        <w:rPr>
          <w:rFonts w:ascii="Calibri" w:hAnsi="Calibri" w:cs="Calibri"/>
          <w:color w:val="5B6472"/>
          <w:sz w:val="21"/>
        </w:rPr>
        <w:t xml:space="preserve">[Month DD, YYYY]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[Parent or Guardian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[Street Address]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[City, ST 00000]</w:t>
      </w:r>
    </w:p>
    <w:p>
      <w:pPr>
        <w:spacing w:before="220" w:after="16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Dear Families,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We are writing to share the details of [event or programme] scheduled for [date]. Students will [brief description], and we expect the day to run from [start time] until [end time], with the regular bus schedule in effect at dismissal.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Please review the attached permission slip and return it, signed, to your child’s teacher by [date]. If your child has a medical need or allergy we should plan for, note it on the slip or contact the school nurse directly; every adult chaperoning the day will have that information with them.</w:t>
      </w:r>
    </w:p>
    <w:p>
      <w:pPr>
        <w:spacing w:before="0" w:after="1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Thank you for everything you do to support our students. If you have any questions, the front office is open from [time] to [time] on school days, and we are always glad to hear from you.</w:t>
      </w:r>
    </w:p>
    <w:p>
      <w:pPr>
        <w:spacing w:before="180" w:after="480"/>
        <w:ind w:left="930" w:right="930"/>
      </w:pPr>
      <w:r>
        <w:rPr>
          <w:rFonts w:ascii="Calibri" w:hAnsi="Calibri" w:cs="Calibri"/>
          <w:color w:val="1F2937"/>
          <w:sz w:val="21"/>
        </w:rPr>
        <w:t xml:space="preserve">Sincerely,</w:t>
      </w:r>
    </w:p>
    <w:p>
      <w:pPr>
        <w:spacing w:before="0" w:after="30"/>
        <w:ind w:left="930" w:right="930"/>
      </w:pPr>
      <w:r>
        <w:rPr>
          <w:rFonts w:ascii="Calibri" w:hAnsi="Calibri" w:cs="Calibri"/>
          <w:b/>
          <w:color w:val="1F2937"/>
          <w:sz w:val="21"/>
        </w:rPr>
        <w:t xml:space="preserve">[Your Name]</w:t>
      </w:r>
    </w:p>
    <w:p>
      <w:pPr>
        <w:spacing w:before="0" w:after="0"/>
        <w:ind w:left="930" w:right="930"/>
      </w:pPr>
      <w:r>
        <w:rPr>
          <w:rFonts w:ascii="Calibri" w:hAnsi="Calibri" w:cs="Calibri"/>
          <w:color w:val="5B6472"/>
          <w:sz w:val="17"/>
        </w:rPr>
        <w:t xml:space="preserve">[Your Name] · PTA President</w:t>
      </w:r>
    </w:p>
    <w:sectPr>
      <w:footerReference w:type="default" r:id="rId90"/>
      <w:pgSz w:w="12240" w:h="15840"/>
      <w:pgMar w:top="660" w:right="0" w:bottom="1520" w:left="0" w:header="720" w:footer="68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6" w:space="6" w:color="1F3A5F"/>
      </w:pBdr>
      <w:spacing w:before="0" w:after="0" w:line="20" w:lineRule="exact"/>
      <w:ind w:left="930" w:right="930"/>
    </w:pPr>
  </w:p>
  <w:tbl>
    <w:tblPr>
      <w:tblW w:w="10380" w:type="dxa"/>
      <w:tblInd w:w="93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</w:tblPr>
    <w:tblGrid>
      <w:gridCol w:w="3460"/>
      <w:gridCol w:w="3460"/>
      <w:gridCol w:w="3460"/>
    </w:tblGrid>
    <w:tr>
      <w:tc>
        <w:tcPr>
          <w:tcW w:w="3460" w:type="dxa"/>
          <w:vAlign w:val="top"/>
        </w:tcPr>
        <w:p>
          <w:pPr>
            <w:spacing w:before="0" w:after="0"/>
            <w:jc w:val="left"/>
          </w:pPr>
          <w:r>
            <w:rPr>
              <w:rFonts w:ascii="Calibri" w:hAnsi="Calibri" w:cs="Calibri"/>
              <w:color w:val="4B5563"/>
              <w:sz w:val="17"/>
            </w:rPr>
            <w:t xml:space="preserve">Meets [first Tuesday] · [Library] · [7:00 PM]</w:t>
          </w:r>
        </w:p>
      </w:tc>
      <w:tc>
        <w:tcPr>
          <w:tcW w:w="3460" w:type="dxa"/>
          <w:vAlign w:val="top"/>
        </w:tcPr>
        <w:p>
          <w:pPr>
            <w:spacing w:before="0" w:after="0"/>
            <w:jc w:val="center"/>
          </w:pPr>
          <w:r>
            <w:rPr>
              <w:rFonts w:ascii="Calibri" w:hAnsi="Calibri" w:cs="Calibri"/>
              <w:color w:val="4B5563"/>
              <w:sz w:val="17"/>
            </w:rPr>
            <w:t xml:space="preserve">[pta@school.org]</w:t>
          </w:r>
        </w:p>
      </w:tc>
      <w:tc>
        <w:tcPr>
          <w:tcW w:w="3460" w:type="dxa"/>
          <w:vAlign w:val="top"/>
        </w:tcPr>
        <w:p>
          <w:pPr>
            <w:spacing w:before="0" w:after="0"/>
            <w:jc w:val="right"/>
          </w:pPr>
          <w:r>
            <w:rPr>
              <w:rFonts w:ascii="Calibri" w:hAnsi="Calibri" w:cs="Calibri"/>
              <w:color w:val="4B5563"/>
              <w:sz w:val="17"/>
            </w:rPr>
            <w:t xml:space="preserve">[schoolpta.org]</w:t>
          </w:r>
        </w:p>
      </w:tc>
    </w:tr>
  </w:tbl>
  <w:p>
    <w:pPr>
      <w:spacing w:before="0" w:after="40" w:line="20" w:lineRule="exact"/>
    </w:pPr>
  </w:p>
  <w:p>
    <w:pPr>
      <w:spacing w:before="0" w:after="0"/>
      <w:ind w:left="930" w:right="930"/>
      <w:jc w:val="left"/>
    </w:pPr>
    <w:r>
      <w:rPr>
        <w:rFonts w:ascii="Calibri" w:hAnsi="Calibri" w:cs="Calibri"/>
        <w:caps w:val="true"/>
        <w:color w:val="5B6472"/>
        <w:spacing w:val="22"/>
        <w:sz w:val="13"/>
      </w:rPr>
      <w:t xml:space="preserve">501(C)(3) NONPROFIT · EIN [00-0000000] · MEMBERSHIP OPEN TO EVERY FAMILY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isplayBackgroundShape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60" Type="http://schemas.openxmlformats.org/officeDocument/2006/relationships/image" Target="media/pennant.png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