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960"/>
        <w:gridCol w:w="9420"/>
      </w:tblGrid>
      <w:tr>
        <w:tc>
          <w:tcPr>
            <w:tcW w:w="96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457200" cy="457200"/>
                  <wp:docPr id="61" name="pencil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encil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2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245F3C"/>
                <w:sz w:val="36"/>
              </w:rPr>
              <w:t xml:space="preserve">[Teacher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Grade [0] · Room [000] · [School Name]</w:t>
            </w:r>
          </w:p>
        </w:tc>
      </w:tr>
    </w:tbl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6138"/>
        <w:gridCol w:w="75"/>
        <w:gridCol w:w="2046"/>
        <w:gridCol w:w="75"/>
        <w:gridCol w:w="2046"/>
      </w:tblGrid>
      <w:tr>
        <w:tc>
          <w:tcPr>
            <w:tcW w:w="6138" w:type="dxa"/>
            <w:shd w:val="clear" w:color="auto" w:fill="2E7D4F"/>
            <w:vAlign w:val="top"/>
          </w:tcPr>
          <w:p>
            <w:pPr>
              <w:spacing w:before="0" w:after="0" w:line="75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75" w:lineRule="exact"/>
            </w:pPr>
          </w:p>
        </w:tc>
        <w:tc>
          <w:tcPr>
            <w:tcW w:w="2046" w:type="dxa"/>
            <w:shd w:val="clear" w:color="auto" w:fill="C9992E"/>
            <w:vAlign w:val="top"/>
          </w:tcPr>
          <w:p>
            <w:pPr>
              <w:spacing w:before="0" w:after="0" w:line="75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75" w:lineRule="exact"/>
            </w:pPr>
          </w:p>
        </w:tc>
        <w:tc>
          <w:tcPr>
            <w:tcW w:w="2046" w:type="dxa"/>
            <w:shd w:val="clear" w:color="auto" w:fill="B83A2B"/>
            <w:vAlign w:val="top"/>
          </w:tcPr>
          <w:p>
            <w:pPr>
              <w:spacing w:before="0" w:after="0" w:line="75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</w:tr>
    </w:tbl>
    <w:p>
      <w:pPr>
        <w:spacing w:before="0" w:after="430" w:line="20" w:lineRule="exact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[Teacher Name] · [Grade] Teacher</w:t>
      </w:r>
    </w:p>
    <w:sectPr>
      <w:footerReference w:type="default" r:id="rId90"/>
      <w:pgSz w:w="12240" w:h="15840"/>
      <w:pgMar w:top="66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2E7D4F"/>
      </w:pBdr>
      <w:spacing w:before="0" w:after="0" w:line="20" w:lineRule="exact"/>
      <w:ind w:left="930" w:right="930"/>
    </w:pPr>
  </w:p>
  <w:tbl>
    <w:tblPr>
      <w:tblW w:w="10380" w:type="dxa"/>
      <w:tblInd w:w="9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460"/>
      <w:gridCol w:w="3460"/>
      <w:gridCol w:w="3460"/>
    </w:tblGrid>
    <w:tr>
      <w:tc>
        <w:tcPr>
          <w:tcW w:w="3460" w:type="dxa"/>
          <w:vAlign w:val="top"/>
        </w:tcPr>
        <w:p>
          <w:pPr>
            <w:spacing w:before="0" w:after="0"/>
            <w:jc w:val="left"/>
          </w:pPr>
          <w:r>
            <w:rPr>
              <w:rFonts w:ascii="Calibri" w:hAnsi="Calibri" w:cs="Calibri"/>
              <w:color w:val="4B5563"/>
              <w:sz w:val="17"/>
            </w:rPr>
            <w:t xml:space="preserve">[School Name] · [Street Address] · [City, ST 00000]</w:t>
          </w:r>
        </w:p>
      </w:tc>
      <w:tc>
        <w:tcPr>
          <w:tcW w:w="3460" w:type="dxa"/>
          <w:vAlign w:val="top"/>
        </w:tcPr>
        <w:p>
          <w:pPr>
            <w:spacing w:before="0" w:after="0"/>
            <w:jc w:val="center"/>
          </w:pPr>
          <w:r>
            <w:rPr>
              <w:rFonts w:ascii="Calibri" w:hAnsi="Calibri" w:cs="Calibri"/>
              <w:color w:val="4B5563"/>
              <w:sz w:val="17"/>
            </w:rPr>
            <w:t xml:space="preserve">[teacher@school.org]</w:t>
          </w:r>
        </w:p>
      </w:tc>
      <w:tc>
        <w:tcPr>
          <w:tcW w:w="3460" w:type="dxa"/>
          <w:vAlign w:val="top"/>
        </w:tcPr>
        <w:p>
          <w:pPr>
            <w:spacing w:before="0" w:after="0"/>
            <w:jc w:val="right"/>
          </w:pPr>
          <w:r>
            <w:rPr>
              <w:rFonts w:ascii="Calibri" w:hAnsi="Calibri" w:cs="Calibri"/>
              <w:color w:val="4B5563"/>
              <w:sz w:val="17"/>
            </w:rPr>
            <w:t xml:space="preserve">Office hours [Tue &amp; Thu, 3–4 PM]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pencil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