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822960" cy="10058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otanica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10058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i/>
          <w:color w:val="2F5A3F"/>
          <w:sz w:val="60"/>
        </w:rPr>
        <w:t>[Your Company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5A4A2E"/>
          <w:sz w:val="20"/>
        </w:rPr>
        <w:t>— Specimen No. [Year] 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5A4A2E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5A4A2E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