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rPr>
          <w:rFonts w:ascii="Cambria" w:hAnsi="Cambria" w:cs="Cambria" w:eastAsia="Cambria"/>
          <w:color w:val="5A4A2E"/>
          <w:sz w:val="20"/>
          <w:spacing w:val="80"/>
        </w:rPr>
        <w:t>— ESTABLISHED [Year] —</w:t>
      </w:r>
    </w:p>
    <w:p>
      <w:pPr>
        <w:spacing w:after="80"/>
        <w:jc w:val="center"/>
      </w:pPr>
      <w:r>
        <w:rPr>
          <w:rFonts w:ascii="Cambria" w:hAnsi="Cambria" w:cs="Cambria" w:eastAsia="Cambria"/>
          <w:b/>
          <w:color w:val="6F2A2A"/>
          <w:sz w:val="64"/>
          <w:spacing w:val="12"/>
        </w:rPr>
        <w:t>[Your Company Name]</w:t>
      </w:r>
    </w:p>
    <w:p>
      <w:pPr>
        <w:spacing w:after="40"/>
        <w:ind w:left="1701" w:right="1701"/>
        <w:jc w:val="center"/>
        <w:pBdr>
          <w:bottom w:val="single" w:sz="8" w:space="4" w:color="5A4A2E"/>
        </w:pBdr>
      </w:pPr>
      <w:r>
        <w:rPr>
          <w:sz w:val="2"/>
        </w:rPr>
        <w:t xml:space="preserve"> </w:t>
      </w:r>
    </w:p>
    <w:p>
      <w:pPr>
        <w:spacing w:after="160"/>
        <w:jc w:val="center"/>
      </w:pPr>
      <w:r>
        <w:rPr>
          <w:rFonts w:ascii="Cambria" w:hAnsi="Cambria" w:cs="Cambria" w:eastAsia="Cambria"/>
          <w:i/>
          <w:color w:val="5A4A2E"/>
          <w:sz w:val="22"/>
        </w:rPr>
        <w:t>Purveyors of [Wares]  ·  [City, State]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5A4A2E"/>
          <w:sz w:val="18"/>
          <w:spacing w:val="40"/>
        </w:rPr>
        <w:t>TELEPHONE [(555) 123-4567]  ·  CABLE "[NAME]"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5A4A2E"/>
          <w:sz w:val="22"/>
        </w:rPr>
        <w:t>Yours faithfully,</w:t>
      </w:r>
    </w:p>
    <w:p>
      <w:pPr>
        <w:spacing w:after="0"/>
      </w:pPr>
      <w:r>
        <w:rPr>
          <w:rFonts w:ascii="Cambria" w:hAnsi="Cambria" w:cs="Cambria" w:eastAsia="Cambria"/>
          <w:i/>
          <w:color w:val="5A4A2E"/>
          <w:sz w:val="28"/>
        </w:rPr>
        <w:t>[Your Name]</w:t>
      </w:r>
    </w:p>
    <w:sectPr w:rsidR="00FC693F" w:rsidRPr="0006063C" w:rsidSect="00034616">
      <w:pgSz w:w="12240" w:h="15840"/>
      <w:pgMar w:top="1417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