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Cambria" w:hAnsi="Cambria" w:cs="Cambria" w:eastAsia="Cambria"/>
          <w:b/>
          <w:color w:val="0A0A0A"/>
          <w:sz w:val="92"/>
        </w:rPr>
        <w:t>The [Your Name]</w:t>
      </w:r>
    </w:p>
    <w:p>
      <w:pPr>
        <w:spacing w:after="40"/>
        <w:jc w:val="center"/>
        <w:pBdr>
          <w:bottom w:val="single" w:sz="8" w:space="4" w:color="0A0A0A"/>
        </w:pBdr>
      </w:pPr>
      <w:r>
        <w:rPr>
          <w:sz w:val="2"/>
        </w:rPr>
        <w:t xml:space="preserve"> </w:t>
      </w:r>
    </w:p>
    <w:p>
      <w:pPr>
        <w:spacing w:after="560"/>
        <w:jc w:val="center"/>
      </w:pPr>
      <w:r>
        <w:rPr>
          <w:rFonts w:ascii="Cambria" w:hAnsi="Cambria" w:cs="Cambria" w:eastAsia="Cambria"/>
          <w:color w:val="0A0A0A"/>
          <w:sz w:val="18"/>
          <w:spacing w:val="48"/>
        </w:rPr>
        <w:t>VOL. XXIV  ·  NO. 7  ·  [DATE]  ·  [CITY]  ·  PRICE THREEPENCE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0A0A0A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0A0A0A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0A0A0A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0A0A0A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0A0A0A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0A0A0A"/>
          <w:sz w:val="28"/>
        </w:rPr>
        <w:t>[Your Name]</w:t>
      </w:r>
    </w:p>
    <w:sectPr w:rsidR="00FC693F" w:rsidRPr="0006063C" w:rsidSect="00034616">
      <w:pgSz w:w="12240" w:h="15840"/>
      <w:pgMar w:top="1361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