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3200400" cy="70408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ibbon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7040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6F2A2A"/>
          <w:sz w:val="56"/>
          <w:spacing w:val="20"/>
        </w:rPr>
        <w:t>[Your Company Name]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5A4A2E"/>
          <w:sz w:val="20"/>
          <w:smallCaps w:val="true"/>
          <w:spacing w:val="80"/>
        </w:rPr>
        <w:t>EST. [Year]  ·  [City]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