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Courier New" w:hAnsi="Courier New" w:cs="Courier New" w:eastAsia="Courier New"/>
          <w:b/>
          <w:color w:val="0A0A0A"/>
          <w:sz w:val="20"/>
          <w:spacing w:val="40"/>
        </w:rPr>
        <w:t>VIA TRANS-ATLANTIC CABLE</w:t>
      </w:r>
    </w:p>
    <w:p>
      <w:pPr>
        <w:spacing w:after="80"/>
        <w:jc w:val="center"/>
      </w:pPr>
      <w:r>
        <w:rPr>
          <w:rFonts w:ascii="Courier New" w:hAnsi="Courier New" w:cs="Courier New" w:eastAsia="Courier New"/>
          <w:b/>
          <w:color w:val="0A0A0A"/>
          <w:sz w:val="44"/>
          <w:spacing w:val="48"/>
        </w:rPr>
        <w:t>[YOUR COMPANY NAME]</w:t>
      </w:r>
    </w:p>
    <w:p>
      <w:pPr>
        <w:spacing w:after="160"/>
        <w:jc w:val="center"/>
        <w:pBdr>
          <w:bottom w:val="single" w:sz="8" w:space="4" w:color="0A0A0A"/>
        </w:pBdr>
      </w:pPr>
      <w:r>
        <w:rPr>
          <w:sz w:val="2"/>
        </w:rPr>
        <w:t xml:space="preserve"> </w:t>
      </w:r>
    </w:p>
    <w:p>
      <w:pPr>
        <w:spacing w:after="480"/>
      </w:pPr>
      <w:r>
        <w:rPr>
          <w:rFonts w:ascii="Courier New" w:hAnsi="Courier New" w:cs="Courier New" w:eastAsia="Courier New"/>
          <w:color w:val="0A0A0A"/>
          <w:sz w:val="18"/>
        </w:rPr>
        <w:t>|  FROM ___________  |  TO ___________  |  DATE ___________  |  RECEIVED [STAMP]  |</w:t>
      </w:r>
    </w:p>
    <w:p>
      <w:pPr>
        <w:spacing w:after="100"/>
      </w:pPr>
      <w:r>
        <w:rPr>
          <w:rFonts w:ascii="Courier New" w:hAnsi="Courier New" w:cs="Courier New" w:eastAsia="Courier New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ourier New" w:hAnsi="Courier New" w:cs="Courier New" w:eastAsia="Courier New"/>
          <w:color w:val="0A0A0A"/>
          <w:sz w:val="22"/>
        </w:rPr>
        <w:t xml:space="preserve">[Recipient Name]</w:t>
      </w:r>
    </w:p>
    <w:p>
      <w:pPr>
        <w:spacing w:after="0"/>
      </w:pPr>
      <w:r>
        <w:rPr>
          <w:rFonts w:ascii="Courier New" w:hAnsi="Courier New" w:cs="Courier New" w:eastAsia="Courier New"/>
          <w:color w:val="0A0A0A"/>
          <w:sz w:val="22"/>
        </w:rPr>
        <w:t xml:space="preserve">[Street Address]</w:t>
      </w:r>
    </w:p>
    <w:p>
      <w:pPr>
        <w:spacing w:after="240"/>
      </w:pPr>
      <w:r>
        <w:rPr>
          <w:rFonts w:ascii="Courier New" w:hAnsi="Courier New" w:cs="Courier New" w:eastAsia="Courier New"/>
          <w:color w:val="0A0A0A"/>
          <w:sz w:val="22"/>
        </w:rPr>
        <w:t xml:space="preserve">[City, ST 00000]</w:t>
      </w:r>
    </w:p>
    <w:p>
      <w:pPr>
        <w:spacing w:after="240"/>
      </w:pPr>
      <w:r>
        <w:rPr>
          <w:rFonts w:ascii="Courier New" w:hAnsi="Courier New" w:cs="Courier New" w:eastAsia="Courier New"/>
          <w:color w:val="0A0A0A"/>
          <w:sz w:val="22"/>
        </w:rPr>
        <w:t>Dear [Recipient],</w:t>
      </w:r>
    </w:p>
    <w:p>
      <w:pPr>
        <w:spacing w:after="280"/>
        <w:ind w:firstLine="360"/>
      </w:pPr>
      <w:r>
        <w:rPr>
          <w:rFonts w:ascii="Courier New" w:hAnsi="Courier New" w:cs="Courier New" w:eastAsia="Courier New"/>
          <w:color w:val="0A0A0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ourier New" w:hAnsi="Courier New" w:cs="Courier New" w:eastAsia="Courier New"/>
          <w:color w:val="0A0A0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ourier New" w:hAnsi="Courier New" w:cs="Courier New" w:eastAsia="Courier New"/>
          <w:color w:val="0A0A0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ourier New" w:hAnsi="Courier New" w:cs="Courier New" w:eastAsia="Courier New"/>
          <w:color w:val="0A0A0A"/>
          <w:sz w:val="22"/>
        </w:rPr>
        <w:t>Sincerely,</w:t>
      </w:r>
    </w:p>
    <w:p>
      <w:pPr>
        <w:spacing w:after="0"/>
      </w:pPr>
      <w:r>
        <w:rPr>
          <w:rFonts w:ascii="Courier New" w:hAnsi="Courier New" w:cs="Courier New" w:eastAsia="Courier New"/>
          <w:i/>
          <w:color w:val="0A0A0A"/>
          <w:sz w:val="28"/>
        </w:rPr>
        <w:t>[Your Name]</w:t>
      </w:r>
    </w:p>
    <w:sectPr w:rsidR="00FC693F" w:rsidRPr="0006063C" w:rsidSect="00034616">
      <w:pgSz w:w="12240" w:h="15840"/>
      <w:pgMar w:top="1361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