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  <w:jc w:val="center"/>
      </w:pPr>
      <w:r>
        <w:drawing>
          <wp:inline xmlns:a="http://schemas.openxmlformats.org/drawingml/2006/main" xmlns:pic="http://schemas.openxmlformats.org/drawingml/2006/picture">
            <wp:extent cx="1097280" cy="1316736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rest-shield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131673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80"/>
        <w:jc w:val="center"/>
      </w:pPr>
      <w:r>
        <w:rPr>
          <w:rFonts w:ascii="Cambria" w:hAnsi="Cambria" w:cs="Cambria" w:eastAsia="Cambria"/>
          <w:b/>
          <w:color w:val="5A4A2E"/>
          <w:sz w:val="48"/>
          <w:spacing w:val="80"/>
        </w:rPr>
        <w:t>[YOUR COMPANY]</w:t>
      </w:r>
    </w:p>
    <w:p>
      <w:pPr>
        <w:spacing w:after="480"/>
        <w:jc w:val="center"/>
      </w:pPr>
      <w:r>
        <w:rPr>
          <w:rFonts w:ascii="Cambria" w:hAnsi="Cambria" w:cs="Cambria" w:eastAsia="Cambria"/>
          <w:i/>
          <w:color w:val="6F2A2A"/>
          <w:sz w:val="20"/>
        </w:rPr>
        <w:t>— Trade Card · Estab. [Year] —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5A4A2E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5A4A2E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5A4A2E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5A4A2E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5A4A2E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5A4A2E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5A4A2E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5A4A2E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5A4A2E"/>
          <w:sz w:val="28"/>
        </w:rPr>
        <w:t>[Your Name]</w:t>
      </w:r>
    </w:p>
    <w:sectPr w:rsidR="00FC693F" w:rsidRPr="0006063C" w:rsidSect="00034616">
      <w:pgSz w:w="12240" w:h="15840"/>
      <w:pgMar w:top="1361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