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color w:val="6F2A2A"/>
          <w:sz w:val="28"/>
          <w:spacing w:val="80"/>
        </w:rPr>
        <w:t>★  ★  ★</w:t>
      </w:r>
    </w:p>
    <w:p>
      <w:pPr>
        <w:spacing w:after="80"/>
        <w:jc w:val="center"/>
      </w:pPr>
      <w:r>
        <w:rPr>
          <w:rFonts w:ascii="Cambria" w:hAnsi="Cambria" w:cs="Cambria" w:eastAsia="Cambria"/>
          <w:b/>
          <w:color w:val="0A0A0A"/>
          <w:sz w:val="72"/>
          <w:spacing w:val="8"/>
        </w:rPr>
        <w:t>[Your Company Name]</w:t>
      </w:r>
    </w:p>
    <w:p>
      <w:pPr>
        <w:spacing w:after="80"/>
        <w:jc w:val="center"/>
      </w:pPr>
      <w:r>
        <w:rPr>
          <w:rFonts w:ascii="Cambria" w:hAnsi="Cambria" w:cs="Cambria" w:eastAsia="Cambria"/>
          <w:color w:val="6F2A2A"/>
          <w:sz w:val="22"/>
          <w:spacing w:val="80"/>
        </w:rPr>
        <w:t>&amp; SONS  ·  PROPRIETORS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6F2A2A"/>
          <w:sz w:val="28"/>
          <w:spacing w:val="80"/>
        </w:rPr>
        <w:t>★  ★  ★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41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