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14532D"/>
          <w:sz w:val="44"/>
        </w:rPr>
        <w:t>Christmas To-Do List</w:t>
      </w:r>
    </w:p>
    <w:p>
      <w:pPr>
        <w:spacing w:after="120"/>
      </w:pPr>
      <w:r>
        <w:rPr>
          <w:color w:val="7F1D1D"/>
          <w:sz w:val="17"/>
        </w:rPr>
        <w:t>Gifts with bought and wrapped boxes, then cards, food, and the decorating list.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14532D"/>
                <w:sz w:val="19"/>
              </w:rPr>
              <w:t>Year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14532D"/>
                <w:sz w:val="19"/>
              </w:rPr>
              <w:t>Gift budget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</w:tbl>
    <w:p>
      <w:pPr>
        <w:spacing w:after="8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800"/>
      </w:tblGrid>
      <w:tr>
        <w:trPr>
          <w:trHeight w:val="345" w:hRule="atLeast"/>
        </w:trPr>
        <w:tc>
          <w:tcPr>
            <w:tcW w:type="dxa" w:w="10800"/>
            <w:tcBorders>
              <w:top w:val="single" w:sz="4" w:color="B91C1C"/>
              <w:bottom w:val="single" w:sz="4" w:color="B91C1C"/>
              <w:left w:val="single" w:sz="4" w:color="B91C1C"/>
              <w:right w:val="single" w:sz="4" w:color="B91C1C"/>
            </w:tcBorders>
            <w:shd w:val="clear" w:fill="B91C1C"/>
          </w:tcPr>
          <w:p>
            <w:pPr>
              <w:spacing w:before="20" w:after="20"/>
            </w:pPr>
            <w:r>
              <w:rPr>
                <w:b/>
                <w:color w:val="FFFFFF"/>
                <w:sz w:val="19"/>
              </w:rPr>
              <w:t>GIFTS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00"/>
        <w:gridCol w:w="1800"/>
        <w:gridCol w:w="1800"/>
        <w:gridCol w:w="1800"/>
        <w:gridCol w:w="1800"/>
        <w:gridCol w:w="1800"/>
      </w:tblGrid>
      <w:tr>
        <w:trPr>
          <w:trHeight w:val="374" w:hRule="atLeast"/>
        </w:trPr>
        <w:tc>
          <w:tcPr>
            <w:tcW w:type="dxa" w:w="504"/>
            <w:tcBorders>
              <w:top w:val="single" w:sz="4" w:color="14532D"/>
              <w:bottom w:val="single" w:sz="4" w:color="14532D"/>
              <w:left w:val="single" w:sz="4" w:color="14532D"/>
              <w:right w:val="single" w:sz="4" w:color="14532D"/>
            </w:tcBorders>
            <w:shd w:val="clear" w:fill="14532D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#</w:t>
            </w:r>
          </w:p>
        </w:tc>
        <w:tc>
          <w:tcPr>
            <w:tcW w:type="dxa" w:w="2880"/>
            <w:tcBorders>
              <w:top w:val="single" w:sz="4" w:color="14532D"/>
              <w:bottom w:val="single" w:sz="4" w:color="14532D"/>
              <w:left w:val="single" w:sz="4" w:color="14532D"/>
              <w:right w:val="single" w:sz="4" w:color="14532D"/>
            </w:tcBorders>
            <w:shd w:val="clear" w:fill="14532D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For</w:t>
            </w:r>
          </w:p>
        </w:tc>
        <w:tc>
          <w:tcPr>
            <w:tcW w:type="dxa" w:w="3960"/>
            <w:tcBorders>
              <w:top w:val="single" w:sz="4" w:color="14532D"/>
              <w:bottom w:val="single" w:sz="4" w:color="14532D"/>
              <w:left w:val="single" w:sz="4" w:color="14532D"/>
              <w:right w:val="single" w:sz="4" w:color="14532D"/>
            </w:tcBorders>
            <w:shd w:val="clear" w:fill="14532D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Gift idea</w:t>
            </w:r>
          </w:p>
        </w:tc>
        <w:tc>
          <w:tcPr>
            <w:tcW w:type="dxa" w:w="1152"/>
            <w:tcBorders>
              <w:top w:val="single" w:sz="4" w:color="14532D"/>
              <w:bottom w:val="single" w:sz="4" w:color="14532D"/>
              <w:left w:val="single" w:sz="4" w:color="14532D"/>
              <w:right w:val="single" w:sz="4" w:color="14532D"/>
            </w:tcBorders>
            <w:shd w:val="clear" w:fill="14532D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Budget</w:t>
            </w:r>
          </w:p>
        </w:tc>
        <w:tc>
          <w:tcPr>
            <w:tcW w:type="dxa" w:w="1152"/>
            <w:tcBorders>
              <w:top w:val="single" w:sz="4" w:color="14532D"/>
              <w:bottom w:val="single" w:sz="4" w:color="14532D"/>
              <w:left w:val="single" w:sz="4" w:color="14532D"/>
              <w:right w:val="single" w:sz="4" w:color="14532D"/>
            </w:tcBorders>
            <w:shd w:val="clear" w:fill="14532D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Bought</w:t>
            </w:r>
          </w:p>
        </w:tc>
        <w:tc>
          <w:tcPr>
            <w:tcW w:type="dxa" w:w="1152"/>
            <w:tcBorders>
              <w:top w:val="single" w:sz="4" w:color="14532D"/>
              <w:bottom w:val="single" w:sz="4" w:color="14532D"/>
              <w:left w:val="single" w:sz="4" w:color="14532D"/>
              <w:right w:val="single" w:sz="4" w:color="14532D"/>
            </w:tcBorders>
            <w:shd w:val="clear" w:fill="14532D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Wrapped</w:t>
            </w:r>
          </w:p>
        </w:tc>
      </w:tr>
      <w:tr>
        <w:trPr>
          <w:trHeight w:val="374" w:hRule="atLeast"/>
        </w:trPr>
        <w:tc>
          <w:tcPr>
            <w:tcW w:type="dxa" w:w="504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7F1D1D"/>
                <w:sz w:val="16"/>
              </w:rPr>
              <w:t>1</w:t>
            </w:r>
          </w:p>
        </w:tc>
        <w:tc>
          <w:tcPr>
            <w:tcW w:type="dxa" w:w="2880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</w:tcPr>
          <w:p/>
        </w:tc>
        <w:tc>
          <w:tcPr>
            <w:tcW w:type="dxa" w:w="3960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</w:tcPr>
          <w:p/>
        </w:tc>
        <w:tc>
          <w:tcPr>
            <w:tcW w:type="dxa" w:w="1152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</w:tcPr>
          <w:p/>
        </w:tc>
        <w:tc>
          <w:tcPr>
            <w:tcW w:type="dxa" w:w="1152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B91C1C"/>
                <w:sz w:val="26"/>
              </w:rPr>
              <w:t>☐</w:t>
            </w:r>
          </w:p>
        </w:tc>
        <w:tc>
          <w:tcPr>
            <w:tcW w:type="dxa" w:w="1152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B91C1C"/>
                <w:sz w:val="26"/>
              </w:rPr>
              <w:t>☐</w:t>
            </w:r>
          </w:p>
        </w:tc>
      </w:tr>
      <w:tr>
        <w:trPr>
          <w:trHeight w:val="374" w:hRule="atLeast"/>
        </w:trPr>
        <w:tc>
          <w:tcPr>
            <w:tcW w:type="dxa" w:w="504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  <w:shd w:val="clear" w:fill="FEF2F2"/>
          </w:tcPr>
          <w:p>
            <w:pPr>
              <w:spacing w:before="20" w:after="20"/>
              <w:jc w:val="center"/>
            </w:pPr>
            <w:r>
              <w:rPr>
                <w:b w:val="0"/>
                <w:color w:val="7F1D1D"/>
                <w:sz w:val="16"/>
              </w:rPr>
              <w:t>2</w:t>
            </w:r>
          </w:p>
        </w:tc>
        <w:tc>
          <w:tcPr>
            <w:tcW w:type="dxa" w:w="2880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  <w:shd w:val="clear" w:fill="FEF2F2"/>
          </w:tcPr>
          <w:p/>
        </w:tc>
        <w:tc>
          <w:tcPr>
            <w:tcW w:type="dxa" w:w="3960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  <w:shd w:val="clear" w:fill="FEF2F2"/>
          </w:tcPr>
          <w:p/>
        </w:tc>
        <w:tc>
          <w:tcPr>
            <w:tcW w:type="dxa" w:w="1152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  <w:shd w:val="clear" w:fill="FEF2F2"/>
          </w:tcPr>
          <w:p/>
        </w:tc>
        <w:tc>
          <w:tcPr>
            <w:tcW w:type="dxa" w:w="1152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  <w:shd w:val="clear" w:fill="FEF2F2"/>
          </w:tcPr>
          <w:p>
            <w:pPr>
              <w:spacing w:before="20" w:after="20"/>
              <w:jc w:val="center"/>
            </w:pPr>
            <w:r>
              <w:rPr>
                <w:b w:val="0"/>
                <w:color w:val="B91C1C"/>
                <w:sz w:val="26"/>
              </w:rPr>
              <w:t>☐</w:t>
            </w:r>
          </w:p>
        </w:tc>
        <w:tc>
          <w:tcPr>
            <w:tcW w:type="dxa" w:w="1152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  <w:shd w:val="clear" w:fill="FEF2F2"/>
          </w:tcPr>
          <w:p>
            <w:pPr>
              <w:spacing w:before="20" w:after="20"/>
              <w:jc w:val="center"/>
            </w:pPr>
            <w:r>
              <w:rPr>
                <w:b w:val="0"/>
                <w:color w:val="B91C1C"/>
                <w:sz w:val="26"/>
              </w:rPr>
              <w:t>☐</w:t>
            </w:r>
          </w:p>
        </w:tc>
      </w:tr>
      <w:tr>
        <w:trPr>
          <w:trHeight w:val="374" w:hRule="atLeast"/>
        </w:trPr>
        <w:tc>
          <w:tcPr>
            <w:tcW w:type="dxa" w:w="504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7F1D1D"/>
                <w:sz w:val="16"/>
              </w:rPr>
              <w:t>3</w:t>
            </w:r>
          </w:p>
        </w:tc>
        <w:tc>
          <w:tcPr>
            <w:tcW w:type="dxa" w:w="2880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</w:tcPr>
          <w:p/>
        </w:tc>
        <w:tc>
          <w:tcPr>
            <w:tcW w:type="dxa" w:w="3960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</w:tcPr>
          <w:p/>
        </w:tc>
        <w:tc>
          <w:tcPr>
            <w:tcW w:type="dxa" w:w="1152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</w:tcPr>
          <w:p/>
        </w:tc>
        <w:tc>
          <w:tcPr>
            <w:tcW w:type="dxa" w:w="1152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B91C1C"/>
                <w:sz w:val="26"/>
              </w:rPr>
              <w:t>☐</w:t>
            </w:r>
          </w:p>
        </w:tc>
        <w:tc>
          <w:tcPr>
            <w:tcW w:type="dxa" w:w="1152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B91C1C"/>
                <w:sz w:val="26"/>
              </w:rPr>
              <w:t>☐</w:t>
            </w:r>
          </w:p>
        </w:tc>
      </w:tr>
      <w:tr>
        <w:trPr>
          <w:trHeight w:val="374" w:hRule="atLeast"/>
        </w:trPr>
        <w:tc>
          <w:tcPr>
            <w:tcW w:type="dxa" w:w="504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  <w:shd w:val="clear" w:fill="FEF2F2"/>
          </w:tcPr>
          <w:p>
            <w:pPr>
              <w:spacing w:before="20" w:after="20"/>
              <w:jc w:val="center"/>
            </w:pPr>
            <w:r>
              <w:rPr>
                <w:b w:val="0"/>
                <w:color w:val="7F1D1D"/>
                <w:sz w:val="16"/>
              </w:rPr>
              <w:t>4</w:t>
            </w:r>
          </w:p>
        </w:tc>
        <w:tc>
          <w:tcPr>
            <w:tcW w:type="dxa" w:w="2880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  <w:shd w:val="clear" w:fill="FEF2F2"/>
          </w:tcPr>
          <w:p/>
        </w:tc>
        <w:tc>
          <w:tcPr>
            <w:tcW w:type="dxa" w:w="3960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  <w:shd w:val="clear" w:fill="FEF2F2"/>
          </w:tcPr>
          <w:p/>
        </w:tc>
        <w:tc>
          <w:tcPr>
            <w:tcW w:type="dxa" w:w="1152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  <w:shd w:val="clear" w:fill="FEF2F2"/>
          </w:tcPr>
          <w:p/>
        </w:tc>
        <w:tc>
          <w:tcPr>
            <w:tcW w:type="dxa" w:w="1152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  <w:shd w:val="clear" w:fill="FEF2F2"/>
          </w:tcPr>
          <w:p>
            <w:pPr>
              <w:spacing w:before="20" w:after="20"/>
              <w:jc w:val="center"/>
            </w:pPr>
            <w:r>
              <w:rPr>
                <w:b w:val="0"/>
                <w:color w:val="B91C1C"/>
                <w:sz w:val="26"/>
              </w:rPr>
              <w:t>☐</w:t>
            </w:r>
          </w:p>
        </w:tc>
        <w:tc>
          <w:tcPr>
            <w:tcW w:type="dxa" w:w="1152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  <w:shd w:val="clear" w:fill="FEF2F2"/>
          </w:tcPr>
          <w:p>
            <w:pPr>
              <w:spacing w:before="20" w:after="20"/>
              <w:jc w:val="center"/>
            </w:pPr>
            <w:r>
              <w:rPr>
                <w:b w:val="0"/>
                <w:color w:val="B91C1C"/>
                <w:sz w:val="26"/>
              </w:rPr>
              <w:t>☐</w:t>
            </w:r>
          </w:p>
        </w:tc>
      </w:tr>
      <w:tr>
        <w:trPr>
          <w:trHeight w:val="374" w:hRule="atLeast"/>
        </w:trPr>
        <w:tc>
          <w:tcPr>
            <w:tcW w:type="dxa" w:w="504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7F1D1D"/>
                <w:sz w:val="16"/>
              </w:rPr>
              <w:t>5</w:t>
            </w:r>
          </w:p>
        </w:tc>
        <w:tc>
          <w:tcPr>
            <w:tcW w:type="dxa" w:w="2880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</w:tcPr>
          <w:p/>
        </w:tc>
        <w:tc>
          <w:tcPr>
            <w:tcW w:type="dxa" w:w="3960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</w:tcPr>
          <w:p/>
        </w:tc>
        <w:tc>
          <w:tcPr>
            <w:tcW w:type="dxa" w:w="1152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</w:tcPr>
          <w:p/>
        </w:tc>
        <w:tc>
          <w:tcPr>
            <w:tcW w:type="dxa" w:w="1152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B91C1C"/>
                <w:sz w:val="26"/>
              </w:rPr>
              <w:t>☐</w:t>
            </w:r>
          </w:p>
        </w:tc>
        <w:tc>
          <w:tcPr>
            <w:tcW w:type="dxa" w:w="1152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B91C1C"/>
                <w:sz w:val="26"/>
              </w:rPr>
              <w:t>☐</w:t>
            </w:r>
          </w:p>
        </w:tc>
      </w:tr>
      <w:tr>
        <w:trPr>
          <w:trHeight w:val="374" w:hRule="atLeast"/>
        </w:trPr>
        <w:tc>
          <w:tcPr>
            <w:tcW w:type="dxa" w:w="504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  <w:shd w:val="clear" w:fill="FEF2F2"/>
          </w:tcPr>
          <w:p>
            <w:pPr>
              <w:spacing w:before="20" w:after="20"/>
              <w:jc w:val="center"/>
            </w:pPr>
            <w:r>
              <w:rPr>
                <w:b w:val="0"/>
                <w:color w:val="7F1D1D"/>
                <w:sz w:val="16"/>
              </w:rPr>
              <w:t>6</w:t>
            </w:r>
          </w:p>
        </w:tc>
        <w:tc>
          <w:tcPr>
            <w:tcW w:type="dxa" w:w="2880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  <w:shd w:val="clear" w:fill="FEF2F2"/>
          </w:tcPr>
          <w:p/>
        </w:tc>
        <w:tc>
          <w:tcPr>
            <w:tcW w:type="dxa" w:w="3960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  <w:shd w:val="clear" w:fill="FEF2F2"/>
          </w:tcPr>
          <w:p/>
        </w:tc>
        <w:tc>
          <w:tcPr>
            <w:tcW w:type="dxa" w:w="1152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  <w:shd w:val="clear" w:fill="FEF2F2"/>
          </w:tcPr>
          <w:p/>
        </w:tc>
        <w:tc>
          <w:tcPr>
            <w:tcW w:type="dxa" w:w="1152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  <w:shd w:val="clear" w:fill="FEF2F2"/>
          </w:tcPr>
          <w:p>
            <w:pPr>
              <w:spacing w:before="20" w:after="20"/>
              <w:jc w:val="center"/>
            </w:pPr>
            <w:r>
              <w:rPr>
                <w:b w:val="0"/>
                <w:color w:val="B91C1C"/>
                <w:sz w:val="26"/>
              </w:rPr>
              <w:t>☐</w:t>
            </w:r>
          </w:p>
        </w:tc>
        <w:tc>
          <w:tcPr>
            <w:tcW w:type="dxa" w:w="1152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  <w:shd w:val="clear" w:fill="FEF2F2"/>
          </w:tcPr>
          <w:p>
            <w:pPr>
              <w:spacing w:before="20" w:after="20"/>
              <w:jc w:val="center"/>
            </w:pPr>
            <w:r>
              <w:rPr>
                <w:b w:val="0"/>
                <w:color w:val="B91C1C"/>
                <w:sz w:val="26"/>
              </w:rPr>
              <w:t>☐</w:t>
            </w:r>
          </w:p>
        </w:tc>
      </w:tr>
      <w:tr>
        <w:trPr>
          <w:trHeight w:val="374" w:hRule="atLeast"/>
        </w:trPr>
        <w:tc>
          <w:tcPr>
            <w:tcW w:type="dxa" w:w="504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7F1D1D"/>
                <w:sz w:val="16"/>
              </w:rPr>
              <w:t>7</w:t>
            </w:r>
          </w:p>
        </w:tc>
        <w:tc>
          <w:tcPr>
            <w:tcW w:type="dxa" w:w="2880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</w:tcPr>
          <w:p/>
        </w:tc>
        <w:tc>
          <w:tcPr>
            <w:tcW w:type="dxa" w:w="3960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</w:tcPr>
          <w:p/>
        </w:tc>
        <w:tc>
          <w:tcPr>
            <w:tcW w:type="dxa" w:w="1152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</w:tcPr>
          <w:p/>
        </w:tc>
        <w:tc>
          <w:tcPr>
            <w:tcW w:type="dxa" w:w="1152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B91C1C"/>
                <w:sz w:val="26"/>
              </w:rPr>
              <w:t>☐</w:t>
            </w:r>
          </w:p>
        </w:tc>
        <w:tc>
          <w:tcPr>
            <w:tcW w:type="dxa" w:w="1152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B91C1C"/>
                <w:sz w:val="26"/>
              </w:rPr>
              <w:t>☐</w:t>
            </w:r>
          </w:p>
        </w:tc>
      </w:tr>
      <w:tr>
        <w:trPr>
          <w:trHeight w:val="374" w:hRule="atLeast"/>
        </w:trPr>
        <w:tc>
          <w:tcPr>
            <w:tcW w:type="dxa" w:w="504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  <w:shd w:val="clear" w:fill="FEF2F2"/>
          </w:tcPr>
          <w:p>
            <w:pPr>
              <w:spacing w:before="20" w:after="20"/>
              <w:jc w:val="center"/>
            </w:pPr>
            <w:r>
              <w:rPr>
                <w:b w:val="0"/>
                <w:color w:val="7F1D1D"/>
                <w:sz w:val="16"/>
              </w:rPr>
              <w:t>8</w:t>
            </w:r>
          </w:p>
        </w:tc>
        <w:tc>
          <w:tcPr>
            <w:tcW w:type="dxa" w:w="2880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  <w:shd w:val="clear" w:fill="FEF2F2"/>
          </w:tcPr>
          <w:p/>
        </w:tc>
        <w:tc>
          <w:tcPr>
            <w:tcW w:type="dxa" w:w="3960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  <w:shd w:val="clear" w:fill="FEF2F2"/>
          </w:tcPr>
          <w:p/>
        </w:tc>
        <w:tc>
          <w:tcPr>
            <w:tcW w:type="dxa" w:w="1152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  <w:shd w:val="clear" w:fill="FEF2F2"/>
          </w:tcPr>
          <w:p/>
        </w:tc>
        <w:tc>
          <w:tcPr>
            <w:tcW w:type="dxa" w:w="1152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  <w:shd w:val="clear" w:fill="FEF2F2"/>
          </w:tcPr>
          <w:p>
            <w:pPr>
              <w:spacing w:before="20" w:after="20"/>
              <w:jc w:val="center"/>
            </w:pPr>
            <w:r>
              <w:rPr>
                <w:b w:val="0"/>
                <w:color w:val="B91C1C"/>
                <w:sz w:val="26"/>
              </w:rPr>
              <w:t>☐</w:t>
            </w:r>
          </w:p>
        </w:tc>
        <w:tc>
          <w:tcPr>
            <w:tcW w:type="dxa" w:w="1152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  <w:shd w:val="clear" w:fill="FEF2F2"/>
          </w:tcPr>
          <w:p>
            <w:pPr>
              <w:spacing w:before="20" w:after="20"/>
              <w:jc w:val="center"/>
            </w:pPr>
            <w:r>
              <w:rPr>
                <w:b w:val="0"/>
                <w:color w:val="B91C1C"/>
                <w:sz w:val="26"/>
              </w:rPr>
              <w:t>☐</w:t>
            </w:r>
          </w:p>
        </w:tc>
      </w:tr>
      <w:tr>
        <w:trPr>
          <w:trHeight w:val="374" w:hRule="atLeast"/>
        </w:trPr>
        <w:tc>
          <w:tcPr>
            <w:tcW w:type="dxa" w:w="504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7F1D1D"/>
                <w:sz w:val="16"/>
              </w:rPr>
              <w:t>9</w:t>
            </w:r>
          </w:p>
        </w:tc>
        <w:tc>
          <w:tcPr>
            <w:tcW w:type="dxa" w:w="2880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</w:tcPr>
          <w:p/>
        </w:tc>
        <w:tc>
          <w:tcPr>
            <w:tcW w:type="dxa" w:w="3960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</w:tcPr>
          <w:p/>
        </w:tc>
        <w:tc>
          <w:tcPr>
            <w:tcW w:type="dxa" w:w="1152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</w:tcPr>
          <w:p/>
        </w:tc>
        <w:tc>
          <w:tcPr>
            <w:tcW w:type="dxa" w:w="1152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B91C1C"/>
                <w:sz w:val="26"/>
              </w:rPr>
              <w:t>☐</w:t>
            </w:r>
          </w:p>
        </w:tc>
        <w:tc>
          <w:tcPr>
            <w:tcW w:type="dxa" w:w="1152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B91C1C"/>
                <w:sz w:val="26"/>
              </w:rPr>
              <w:t>☐</w:t>
            </w:r>
          </w:p>
        </w:tc>
      </w:tr>
      <w:tr>
        <w:trPr>
          <w:trHeight w:val="374" w:hRule="atLeast"/>
        </w:trPr>
        <w:tc>
          <w:tcPr>
            <w:tcW w:type="dxa" w:w="504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  <w:shd w:val="clear" w:fill="FEF2F2"/>
          </w:tcPr>
          <w:p>
            <w:pPr>
              <w:spacing w:before="20" w:after="20"/>
              <w:jc w:val="center"/>
            </w:pPr>
            <w:r>
              <w:rPr>
                <w:b w:val="0"/>
                <w:color w:val="7F1D1D"/>
                <w:sz w:val="16"/>
              </w:rPr>
              <w:t>10</w:t>
            </w:r>
          </w:p>
        </w:tc>
        <w:tc>
          <w:tcPr>
            <w:tcW w:type="dxa" w:w="2880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  <w:shd w:val="clear" w:fill="FEF2F2"/>
          </w:tcPr>
          <w:p/>
        </w:tc>
        <w:tc>
          <w:tcPr>
            <w:tcW w:type="dxa" w:w="3960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  <w:shd w:val="clear" w:fill="FEF2F2"/>
          </w:tcPr>
          <w:p/>
        </w:tc>
        <w:tc>
          <w:tcPr>
            <w:tcW w:type="dxa" w:w="1152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  <w:shd w:val="clear" w:fill="FEF2F2"/>
          </w:tcPr>
          <w:p/>
        </w:tc>
        <w:tc>
          <w:tcPr>
            <w:tcW w:type="dxa" w:w="1152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  <w:shd w:val="clear" w:fill="FEF2F2"/>
          </w:tcPr>
          <w:p>
            <w:pPr>
              <w:spacing w:before="20" w:after="20"/>
              <w:jc w:val="center"/>
            </w:pPr>
            <w:r>
              <w:rPr>
                <w:b w:val="0"/>
                <w:color w:val="B91C1C"/>
                <w:sz w:val="26"/>
              </w:rPr>
              <w:t>☐</w:t>
            </w:r>
          </w:p>
        </w:tc>
        <w:tc>
          <w:tcPr>
            <w:tcW w:type="dxa" w:w="1152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  <w:shd w:val="clear" w:fill="FEF2F2"/>
          </w:tcPr>
          <w:p>
            <w:pPr>
              <w:spacing w:before="20" w:after="20"/>
              <w:jc w:val="center"/>
            </w:pPr>
            <w:r>
              <w:rPr>
                <w:b w:val="0"/>
                <w:color w:val="B91C1C"/>
                <w:sz w:val="26"/>
              </w:rPr>
              <w:t>☐</w:t>
            </w:r>
          </w:p>
        </w:tc>
      </w:tr>
      <w:tr>
        <w:trPr>
          <w:trHeight w:val="374" w:hRule="atLeast"/>
        </w:trPr>
        <w:tc>
          <w:tcPr>
            <w:tcW w:type="dxa" w:w="504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7F1D1D"/>
                <w:sz w:val="16"/>
              </w:rPr>
              <w:t>11</w:t>
            </w:r>
          </w:p>
        </w:tc>
        <w:tc>
          <w:tcPr>
            <w:tcW w:type="dxa" w:w="2880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</w:tcPr>
          <w:p/>
        </w:tc>
        <w:tc>
          <w:tcPr>
            <w:tcW w:type="dxa" w:w="3960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</w:tcPr>
          <w:p/>
        </w:tc>
        <w:tc>
          <w:tcPr>
            <w:tcW w:type="dxa" w:w="1152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</w:tcPr>
          <w:p/>
        </w:tc>
        <w:tc>
          <w:tcPr>
            <w:tcW w:type="dxa" w:w="1152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B91C1C"/>
                <w:sz w:val="26"/>
              </w:rPr>
              <w:t>☐</w:t>
            </w:r>
          </w:p>
        </w:tc>
        <w:tc>
          <w:tcPr>
            <w:tcW w:type="dxa" w:w="1152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B91C1C"/>
                <w:sz w:val="26"/>
              </w:rPr>
              <w:t>☐</w:t>
            </w:r>
          </w:p>
        </w:tc>
      </w:tr>
      <w:tr>
        <w:trPr>
          <w:trHeight w:val="374" w:hRule="atLeast"/>
        </w:trPr>
        <w:tc>
          <w:tcPr>
            <w:tcW w:type="dxa" w:w="504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  <w:shd w:val="clear" w:fill="FEF2F2"/>
          </w:tcPr>
          <w:p>
            <w:pPr>
              <w:spacing w:before="20" w:after="20"/>
              <w:jc w:val="center"/>
            </w:pPr>
            <w:r>
              <w:rPr>
                <w:b w:val="0"/>
                <w:color w:val="7F1D1D"/>
                <w:sz w:val="16"/>
              </w:rPr>
              <w:t>12</w:t>
            </w:r>
          </w:p>
        </w:tc>
        <w:tc>
          <w:tcPr>
            <w:tcW w:type="dxa" w:w="2880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  <w:shd w:val="clear" w:fill="FEF2F2"/>
          </w:tcPr>
          <w:p/>
        </w:tc>
        <w:tc>
          <w:tcPr>
            <w:tcW w:type="dxa" w:w="3960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  <w:shd w:val="clear" w:fill="FEF2F2"/>
          </w:tcPr>
          <w:p/>
        </w:tc>
        <w:tc>
          <w:tcPr>
            <w:tcW w:type="dxa" w:w="1152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  <w:shd w:val="clear" w:fill="FEF2F2"/>
          </w:tcPr>
          <w:p/>
        </w:tc>
        <w:tc>
          <w:tcPr>
            <w:tcW w:type="dxa" w:w="1152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  <w:shd w:val="clear" w:fill="FEF2F2"/>
          </w:tcPr>
          <w:p>
            <w:pPr>
              <w:spacing w:before="20" w:after="20"/>
              <w:jc w:val="center"/>
            </w:pPr>
            <w:r>
              <w:rPr>
                <w:b w:val="0"/>
                <w:color w:val="B91C1C"/>
                <w:sz w:val="26"/>
              </w:rPr>
              <w:t>☐</w:t>
            </w:r>
          </w:p>
        </w:tc>
        <w:tc>
          <w:tcPr>
            <w:tcW w:type="dxa" w:w="1152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  <w:shd w:val="clear" w:fill="FEF2F2"/>
          </w:tcPr>
          <w:p>
            <w:pPr>
              <w:spacing w:before="20" w:after="20"/>
              <w:jc w:val="center"/>
            </w:pPr>
            <w:r>
              <w:rPr>
                <w:b w:val="0"/>
                <w:color w:val="B91C1C"/>
                <w:sz w:val="26"/>
              </w:rPr>
              <w:t>☐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800"/>
      </w:tblGrid>
      <w:tr>
        <w:trPr>
          <w:trHeight w:val="345" w:hRule="atLeast"/>
        </w:trPr>
        <w:tc>
          <w:tcPr>
            <w:tcW w:type="dxa" w:w="10800"/>
            <w:tcBorders>
              <w:top w:val="single" w:sz="4" w:color="B91C1C"/>
              <w:bottom w:val="single" w:sz="4" w:color="B91C1C"/>
              <w:left w:val="single" w:sz="4" w:color="B91C1C"/>
              <w:right w:val="single" w:sz="4" w:color="B91C1C"/>
            </w:tcBorders>
            <w:shd w:val="clear" w:fill="B91C1C"/>
          </w:tcPr>
          <w:p>
            <w:pPr>
              <w:spacing w:before="20" w:after="20"/>
            </w:pPr>
            <w:r>
              <w:rPr>
                <w:b/>
                <w:color w:val="FFFFFF"/>
                <w:sz w:val="19"/>
              </w:rPr>
              <w:t>CARDS &amp; MAIL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374" w:hRule="atLeast"/>
        </w:trPr>
        <w:tc>
          <w:tcPr>
            <w:tcW w:type="dxa" w:w="576"/>
            <w:tcBorders>
              <w:top w:val="single" w:sz="4" w:color="14532D"/>
              <w:bottom w:val="single" w:sz="4" w:color="14532D"/>
              <w:left w:val="single" w:sz="4" w:color="14532D"/>
              <w:right w:val="single" w:sz="4" w:color="14532D"/>
            </w:tcBorders>
            <w:shd w:val="clear" w:fill="14532D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☐</w:t>
            </w:r>
          </w:p>
        </w:tc>
        <w:tc>
          <w:tcPr>
            <w:tcW w:type="dxa" w:w="5760"/>
            <w:tcBorders>
              <w:top w:val="single" w:sz="4" w:color="14532D"/>
              <w:bottom w:val="single" w:sz="4" w:color="14532D"/>
              <w:left w:val="single" w:sz="4" w:color="14532D"/>
              <w:right w:val="single" w:sz="4" w:color="14532D"/>
            </w:tcBorders>
            <w:shd w:val="clear" w:fill="14532D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To do</w:t>
            </w:r>
          </w:p>
        </w:tc>
        <w:tc>
          <w:tcPr>
            <w:tcW w:type="dxa" w:w="3312"/>
            <w:tcBorders>
              <w:top w:val="single" w:sz="4" w:color="14532D"/>
              <w:bottom w:val="single" w:sz="4" w:color="14532D"/>
              <w:left w:val="single" w:sz="4" w:color="14532D"/>
              <w:right w:val="single" w:sz="4" w:color="14532D"/>
            </w:tcBorders>
            <w:shd w:val="clear" w:fill="14532D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Notes</w:t>
            </w:r>
          </w:p>
        </w:tc>
        <w:tc>
          <w:tcPr>
            <w:tcW w:type="dxa" w:w="1152"/>
            <w:tcBorders>
              <w:top w:val="single" w:sz="4" w:color="14532D"/>
              <w:bottom w:val="single" w:sz="4" w:color="14532D"/>
              <w:left w:val="single" w:sz="4" w:color="14532D"/>
              <w:right w:val="single" w:sz="4" w:color="14532D"/>
            </w:tcBorders>
            <w:shd w:val="clear" w:fill="14532D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By</w:t>
            </w:r>
          </w:p>
        </w:tc>
      </w:tr>
      <w:tr>
        <w:trPr>
          <w:trHeight w:val="345" w:hRule="atLeast"/>
        </w:trPr>
        <w:tc>
          <w:tcPr>
            <w:tcW w:type="dxa" w:w="576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B91C1C"/>
                <w:sz w:val="26"/>
              </w:rPr>
              <w:t>☐</w:t>
            </w:r>
          </w:p>
        </w:tc>
        <w:tc>
          <w:tcPr>
            <w:tcW w:type="dxa" w:w="5760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</w:tcPr>
          <w:p>
            <w:pPr>
              <w:spacing w:before="20" w:after="20"/>
            </w:pPr>
            <w:r>
              <w:rPr>
                <w:b w:val="0"/>
                <w:color w:val="14532D"/>
                <w:sz w:val="18"/>
              </w:rPr>
              <w:t>Update address list</w:t>
            </w:r>
          </w:p>
        </w:tc>
        <w:tc>
          <w:tcPr>
            <w:tcW w:type="dxa" w:w="3312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</w:tcPr>
          <w:p/>
        </w:tc>
        <w:tc>
          <w:tcPr>
            <w:tcW w:type="dxa" w:w="1152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</w:tcPr>
          <w:p/>
        </w:tc>
      </w:tr>
      <w:tr>
        <w:trPr>
          <w:trHeight w:val="345" w:hRule="atLeast"/>
        </w:trPr>
        <w:tc>
          <w:tcPr>
            <w:tcW w:type="dxa" w:w="576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  <w:shd w:val="clear" w:fill="FEF2F2"/>
          </w:tcPr>
          <w:p>
            <w:pPr>
              <w:spacing w:before="20" w:after="20"/>
              <w:jc w:val="center"/>
            </w:pPr>
            <w:r>
              <w:rPr>
                <w:b w:val="0"/>
                <w:color w:val="B91C1C"/>
                <w:sz w:val="26"/>
              </w:rPr>
              <w:t>☐</w:t>
            </w:r>
          </w:p>
        </w:tc>
        <w:tc>
          <w:tcPr>
            <w:tcW w:type="dxa" w:w="5760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  <w:shd w:val="clear" w:fill="FEF2F2"/>
          </w:tcPr>
          <w:p>
            <w:pPr>
              <w:spacing w:before="20" w:after="20"/>
            </w:pPr>
            <w:r>
              <w:rPr>
                <w:b w:val="0"/>
                <w:color w:val="14532D"/>
                <w:sz w:val="18"/>
              </w:rPr>
              <w:t>Order or buy cards</w:t>
            </w:r>
          </w:p>
        </w:tc>
        <w:tc>
          <w:tcPr>
            <w:tcW w:type="dxa" w:w="3312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  <w:shd w:val="clear" w:fill="FEF2F2"/>
          </w:tcPr>
          <w:p/>
        </w:tc>
        <w:tc>
          <w:tcPr>
            <w:tcW w:type="dxa" w:w="1152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  <w:shd w:val="clear" w:fill="FEF2F2"/>
          </w:tcPr>
          <w:p/>
        </w:tc>
      </w:tr>
      <w:tr>
        <w:trPr>
          <w:trHeight w:val="345" w:hRule="atLeast"/>
        </w:trPr>
        <w:tc>
          <w:tcPr>
            <w:tcW w:type="dxa" w:w="576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B91C1C"/>
                <w:sz w:val="26"/>
              </w:rPr>
              <w:t>☐</w:t>
            </w:r>
          </w:p>
        </w:tc>
        <w:tc>
          <w:tcPr>
            <w:tcW w:type="dxa" w:w="5760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</w:tcPr>
          <w:p>
            <w:pPr>
              <w:spacing w:before="20" w:after="20"/>
            </w:pPr>
            <w:r>
              <w:rPr>
                <w:b w:val="0"/>
                <w:color w:val="14532D"/>
                <w:sz w:val="18"/>
              </w:rPr>
              <w:t>Write and mail cards</w:t>
            </w:r>
          </w:p>
        </w:tc>
        <w:tc>
          <w:tcPr>
            <w:tcW w:type="dxa" w:w="3312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</w:tcPr>
          <w:p/>
        </w:tc>
        <w:tc>
          <w:tcPr>
            <w:tcW w:type="dxa" w:w="1152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</w:tcPr>
          <w:p/>
        </w:tc>
      </w:tr>
      <w:tr>
        <w:trPr>
          <w:trHeight w:val="345" w:hRule="atLeast"/>
        </w:trPr>
        <w:tc>
          <w:tcPr>
            <w:tcW w:type="dxa" w:w="576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  <w:shd w:val="clear" w:fill="FEF2F2"/>
          </w:tcPr>
          <w:p>
            <w:pPr>
              <w:spacing w:before="20" w:after="20"/>
              <w:jc w:val="center"/>
            </w:pPr>
            <w:r>
              <w:rPr>
                <w:b w:val="0"/>
                <w:color w:val="B91C1C"/>
                <w:sz w:val="26"/>
              </w:rPr>
              <w:t>☐</w:t>
            </w:r>
          </w:p>
        </w:tc>
        <w:tc>
          <w:tcPr>
            <w:tcW w:type="dxa" w:w="5760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  <w:shd w:val="clear" w:fill="FEF2F2"/>
          </w:tcPr>
          <w:p/>
        </w:tc>
        <w:tc>
          <w:tcPr>
            <w:tcW w:type="dxa" w:w="3312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  <w:shd w:val="clear" w:fill="FEF2F2"/>
          </w:tcPr>
          <w:p/>
        </w:tc>
        <w:tc>
          <w:tcPr>
            <w:tcW w:type="dxa" w:w="1152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  <w:shd w:val="clear" w:fill="FEF2F2"/>
          </w:tcPr>
          <w:p/>
        </w:tc>
      </w:tr>
      <w:tr>
        <w:trPr>
          <w:trHeight w:val="345" w:hRule="atLeast"/>
        </w:trPr>
        <w:tc>
          <w:tcPr>
            <w:tcW w:type="dxa" w:w="576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B91C1C"/>
                <w:sz w:val="26"/>
              </w:rPr>
              <w:t>☐</w:t>
            </w:r>
          </w:p>
        </w:tc>
        <w:tc>
          <w:tcPr>
            <w:tcW w:type="dxa" w:w="5760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</w:tcPr>
          <w:p/>
        </w:tc>
        <w:tc>
          <w:tcPr>
            <w:tcW w:type="dxa" w:w="3312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</w:tcPr>
          <w:p/>
        </w:tc>
        <w:tc>
          <w:tcPr>
            <w:tcW w:type="dxa" w:w="1152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800"/>
      </w:tblGrid>
      <w:tr>
        <w:trPr>
          <w:trHeight w:val="345" w:hRule="atLeast"/>
        </w:trPr>
        <w:tc>
          <w:tcPr>
            <w:tcW w:type="dxa" w:w="10800"/>
            <w:tcBorders>
              <w:top w:val="single" w:sz="4" w:color="B91C1C"/>
              <w:bottom w:val="single" w:sz="4" w:color="B91C1C"/>
              <w:left w:val="single" w:sz="4" w:color="B91C1C"/>
              <w:right w:val="single" w:sz="4" w:color="B91C1C"/>
            </w:tcBorders>
            <w:shd w:val="clear" w:fill="B91C1C"/>
          </w:tcPr>
          <w:p>
            <w:pPr>
              <w:spacing w:before="20" w:after="20"/>
            </w:pPr>
            <w:r>
              <w:rPr>
                <w:b/>
                <w:color w:val="FFFFFF"/>
                <w:sz w:val="19"/>
              </w:rPr>
              <w:t>FOOD &amp; HOSTING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374" w:hRule="atLeast"/>
        </w:trPr>
        <w:tc>
          <w:tcPr>
            <w:tcW w:type="dxa" w:w="576"/>
            <w:tcBorders>
              <w:top w:val="single" w:sz="4" w:color="14532D"/>
              <w:bottom w:val="single" w:sz="4" w:color="14532D"/>
              <w:left w:val="single" w:sz="4" w:color="14532D"/>
              <w:right w:val="single" w:sz="4" w:color="14532D"/>
            </w:tcBorders>
            <w:shd w:val="clear" w:fill="14532D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☐</w:t>
            </w:r>
          </w:p>
        </w:tc>
        <w:tc>
          <w:tcPr>
            <w:tcW w:type="dxa" w:w="5760"/>
            <w:tcBorders>
              <w:top w:val="single" w:sz="4" w:color="14532D"/>
              <w:bottom w:val="single" w:sz="4" w:color="14532D"/>
              <w:left w:val="single" w:sz="4" w:color="14532D"/>
              <w:right w:val="single" w:sz="4" w:color="14532D"/>
            </w:tcBorders>
            <w:shd w:val="clear" w:fill="14532D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To do</w:t>
            </w:r>
          </w:p>
        </w:tc>
        <w:tc>
          <w:tcPr>
            <w:tcW w:type="dxa" w:w="3312"/>
            <w:tcBorders>
              <w:top w:val="single" w:sz="4" w:color="14532D"/>
              <w:bottom w:val="single" w:sz="4" w:color="14532D"/>
              <w:left w:val="single" w:sz="4" w:color="14532D"/>
              <w:right w:val="single" w:sz="4" w:color="14532D"/>
            </w:tcBorders>
            <w:shd w:val="clear" w:fill="14532D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Notes</w:t>
            </w:r>
          </w:p>
        </w:tc>
        <w:tc>
          <w:tcPr>
            <w:tcW w:type="dxa" w:w="1152"/>
            <w:tcBorders>
              <w:top w:val="single" w:sz="4" w:color="14532D"/>
              <w:bottom w:val="single" w:sz="4" w:color="14532D"/>
              <w:left w:val="single" w:sz="4" w:color="14532D"/>
              <w:right w:val="single" w:sz="4" w:color="14532D"/>
            </w:tcBorders>
            <w:shd w:val="clear" w:fill="14532D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By</w:t>
            </w:r>
          </w:p>
        </w:tc>
      </w:tr>
      <w:tr>
        <w:trPr>
          <w:trHeight w:val="345" w:hRule="atLeast"/>
        </w:trPr>
        <w:tc>
          <w:tcPr>
            <w:tcW w:type="dxa" w:w="576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B91C1C"/>
                <w:sz w:val="26"/>
              </w:rPr>
              <w:t>☐</w:t>
            </w:r>
          </w:p>
        </w:tc>
        <w:tc>
          <w:tcPr>
            <w:tcW w:type="dxa" w:w="5760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</w:tcPr>
          <w:p>
            <w:pPr>
              <w:spacing w:before="20" w:after="20"/>
            </w:pPr>
            <w:r>
              <w:rPr>
                <w:b w:val="0"/>
                <w:color w:val="14532D"/>
                <w:sz w:val="18"/>
              </w:rPr>
              <w:t>Plan the menu</w:t>
            </w:r>
          </w:p>
        </w:tc>
        <w:tc>
          <w:tcPr>
            <w:tcW w:type="dxa" w:w="3312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</w:tcPr>
          <w:p/>
        </w:tc>
        <w:tc>
          <w:tcPr>
            <w:tcW w:type="dxa" w:w="1152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</w:tcPr>
          <w:p/>
        </w:tc>
      </w:tr>
      <w:tr>
        <w:trPr>
          <w:trHeight w:val="345" w:hRule="atLeast"/>
        </w:trPr>
        <w:tc>
          <w:tcPr>
            <w:tcW w:type="dxa" w:w="576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  <w:shd w:val="clear" w:fill="FEF2F2"/>
          </w:tcPr>
          <w:p>
            <w:pPr>
              <w:spacing w:before="20" w:after="20"/>
              <w:jc w:val="center"/>
            </w:pPr>
            <w:r>
              <w:rPr>
                <w:b w:val="0"/>
                <w:color w:val="B91C1C"/>
                <w:sz w:val="26"/>
              </w:rPr>
              <w:t>☐</w:t>
            </w:r>
          </w:p>
        </w:tc>
        <w:tc>
          <w:tcPr>
            <w:tcW w:type="dxa" w:w="5760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  <w:shd w:val="clear" w:fill="FEF2F2"/>
          </w:tcPr>
          <w:p>
            <w:pPr>
              <w:spacing w:before="20" w:after="20"/>
            </w:pPr>
            <w:r>
              <w:rPr>
                <w:b w:val="0"/>
                <w:color w:val="14532D"/>
                <w:sz w:val="18"/>
              </w:rPr>
              <w:t>Order the roast</w:t>
            </w:r>
          </w:p>
        </w:tc>
        <w:tc>
          <w:tcPr>
            <w:tcW w:type="dxa" w:w="3312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  <w:shd w:val="clear" w:fill="FEF2F2"/>
          </w:tcPr>
          <w:p/>
        </w:tc>
        <w:tc>
          <w:tcPr>
            <w:tcW w:type="dxa" w:w="1152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  <w:shd w:val="clear" w:fill="FEF2F2"/>
          </w:tcPr>
          <w:p/>
        </w:tc>
      </w:tr>
      <w:tr>
        <w:trPr>
          <w:trHeight w:val="345" w:hRule="atLeast"/>
        </w:trPr>
        <w:tc>
          <w:tcPr>
            <w:tcW w:type="dxa" w:w="576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B91C1C"/>
                <w:sz w:val="26"/>
              </w:rPr>
              <w:t>☐</w:t>
            </w:r>
          </w:p>
        </w:tc>
        <w:tc>
          <w:tcPr>
            <w:tcW w:type="dxa" w:w="5760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</w:tcPr>
          <w:p>
            <w:pPr>
              <w:spacing w:before="20" w:after="20"/>
            </w:pPr>
            <w:r>
              <w:rPr>
                <w:b w:val="0"/>
                <w:color w:val="14532D"/>
                <w:sz w:val="18"/>
              </w:rPr>
              <w:t>Big grocery run</w:t>
            </w:r>
          </w:p>
        </w:tc>
        <w:tc>
          <w:tcPr>
            <w:tcW w:type="dxa" w:w="3312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</w:tcPr>
          <w:p/>
        </w:tc>
        <w:tc>
          <w:tcPr>
            <w:tcW w:type="dxa" w:w="1152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</w:tcPr>
          <w:p/>
        </w:tc>
      </w:tr>
      <w:tr>
        <w:trPr>
          <w:trHeight w:val="345" w:hRule="atLeast"/>
        </w:trPr>
        <w:tc>
          <w:tcPr>
            <w:tcW w:type="dxa" w:w="576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  <w:shd w:val="clear" w:fill="FEF2F2"/>
          </w:tcPr>
          <w:p>
            <w:pPr>
              <w:spacing w:before="20" w:after="20"/>
              <w:jc w:val="center"/>
            </w:pPr>
            <w:r>
              <w:rPr>
                <w:b w:val="0"/>
                <w:color w:val="B91C1C"/>
                <w:sz w:val="26"/>
              </w:rPr>
              <w:t>☐</w:t>
            </w:r>
          </w:p>
        </w:tc>
        <w:tc>
          <w:tcPr>
            <w:tcW w:type="dxa" w:w="5760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  <w:shd w:val="clear" w:fill="FEF2F2"/>
          </w:tcPr>
          <w:p/>
        </w:tc>
        <w:tc>
          <w:tcPr>
            <w:tcW w:type="dxa" w:w="3312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  <w:shd w:val="clear" w:fill="FEF2F2"/>
          </w:tcPr>
          <w:p/>
        </w:tc>
        <w:tc>
          <w:tcPr>
            <w:tcW w:type="dxa" w:w="1152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  <w:shd w:val="clear" w:fill="FEF2F2"/>
          </w:tcPr>
          <w:p/>
        </w:tc>
      </w:tr>
      <w:tr>
        <w:trPr>
          <w:trHeight w:val="345" w:hRule="atLeast"/>
        </w:trPr>
        <w:tc>
          <w:tcPr>
            <w:tcW w:type="dxa" w:w="576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B91C1C"/>
                <w:sz w:val="26"/>
              </w:rPr>
              <w:t>☐</w:t>
            </w:r>
          </w:p>
        </w:tc>
        <w:tc>
          <w:tcPr>
            <w:tcW w:type="dxa" w:w="5760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</w:tcPr>
          <w:p/>
        </w:tc>
        <w:tc>
          <w:tcPr>
            <w:tcW w:type="dxa" w:w="3312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</w:tcPr>
          <w:p/>
        </w:tc>
        <w:tc>
          <w:tcPr>
            <w:tcW w:type="dxa" w:w="1152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800"/>
      </w:tblGrid>
      <w:tr>
        <w:trPr>
          <w:trHeight w:val="345" w:hRule="atLeast"/>
        </w:trPr>
        <w:tc>
          <w:tcPr>
            <w:tcW w:type="dxa" w:w="10800"/>
            <w:tcBorders>
              <w:top w:val="single" w:sz="4" w:color="B91C1C"/>
              <w:bottom w:val="single" w:sz="4" w:color="B91C1C"/>
              <w:left w:val="single" w:sz="4" w:color="B91C1C"/>
              <w:right w:val="single" w:sz="4" w:color="B91C1C"/>
            </w:tcBorders>
            <w:shd w:val="clear" w:fill="B91C1C"/>
          </w:tcPr>
          <w:p>
            <w:pPr>
              <w:spacing w:before="20" w:after="20"/>
            </w:pPr>
            <w:r>
              <w:rPr>
                <w:b/>
                <w:color w:val="FFFFFF"/>
                <w:sz w:val="19"/>
              </w:rPr>
              <w:t>DECORATE &amp; TRAVEL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374" w:hRule="atLeast"/>
        </w:trPr>
        <w:tc>
          <w:tcPr>
            <w:tcW w:type="dxa" w:w="576"/>
            <w:tcBorders>
              <w:top w:val="single" w:sz="4" w:color="14532D"/>
              <w:bottom w:val="single" w:sz="4" w:color="14532D"/>
              <w:left w:val="single" w:sz="4" w:color="14532D"/>
              <w:right w:val="single" w:sz="4" w:color="14532D"/>
            </w:tcBorders>
            <w:shd w:val="clear" w:fill="14532D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☐</w:t>
            </w:r>
          </w:p>
        </w:tc>
        <w:tc>
          <w:tcPr>
            <w:tcW w:type="dxa" w:w="5760"/>
            <w:tcBorders>
              <w:top w:val="single" w:sz="4" w:color="14532D"/>
              <w:bottom w:val="single" w:sz="4" w:color="14532D"/>
              <w:left w:val="single" w:sz="4" w:color="14532D"/>
              <w:right w:val="single" w:sz="4" w:color="14532D"/>
            </w:tcBorders>
            <w:shd w:val="clear" w:fill="14532D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To do</w:t>
            </w:r>
          </w:p>
        </w:tc>
        <w:tc>
          <w:tcPr>
            <w:tcW w:type="dxa" w:w="3312"/>
            <w:tcBorders>
              <w:top w:val="single" w:sz="4" w:color="14532D"/>
              <w:bottom w:val="single" w:sz="4" w:color="14532D"/>
              <w:left w:val="single" w:sz="4" w:color="14532D"/>
              <w:right w:val="single" w:sz="4" w:color="14532D"/>
            </w:tcBorders>
            <w:shd w:val="clear" w:fill="14532D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Notes</w:t>
            </w:r>
          </w:p>
        </w:tc>
        <w:tc>
          <w:tcPr>
            <w:tcW w:type="dxa" w:w="1152"/>
            <w:tcBorders>
              <w:top w:val="single" w:sz="4" w:color="14532D"/>
              <w:bottom w:val="single" w:sz="4" w:color="14532D"/>
              <w:left w:val="single" w:sz="4" w:color="14532D"/>
              <w:right w:val="single" w:sz="4" w:color="14532D"/>
            </w:tcBorders>
            <w:shd w:val="clear" w:fill="14532D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By</w:t>
            </w:r>
          </w:p>
        </w:tc>
      </w:tr>
      <w:tr>
        <w:trPr>
          <w:trHeight w:val="345" w:hRule="atLeast"/>
        </w:trPr>
        <w:tc>
          <w:tcPr>
            <w:tcW w:type="dxa" w:w="576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B91C1C"/>
                <w:sz w:val="26"/>
              </w:rPr>
              <w:t>☐</w:t>
            </w:r>
          </w:p>
        </w:tc>
        <w:tc>
          <w:tcPr>
            <w:tcW w:type="dxa" w:w="5760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</w:tcPr>
          <w:p>
            <w:pPr>
              <w:spacing w:before="20" w:after="20"/>
            </w:pPr>
            <w:r>
              <w:rPr>
                <w:b w:val="0"/>
                <w:color w:val="14532D"/>
                <w:sz w:val="18"/>
              </w:rPr>
              <w:t>Tree up, lights checked</w:t>
            </w:r>
          </w:p>
        </w:tc>
        <w:tc>
          <w:tcPr>
            <w:tcW w:type="dxa" w:w="3312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</w:tcPr>
          <w:p/>
        </w:tc>
        <w:tc>
          <w:tcPr>
            <w:tcW w:type="dxa" w:w="1152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</w:tcPr>
          <w:p/>
        </w:tc>
      </w:tr>
      <w:tr>
        <w:trPr>
          <w:trHeight w:val="345" w:hRule="atLeast"/>
        </w:trPr>
        <w:tc>
          <w:tcPr>
            <w:tcW w:type="dxa" w:w="576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  <w:shd w:val="clear" w:fill="FEF2F2"/>
          </w:tcPr>
          <w:p>
            <w:pPr>
              <w:spacing w:before="20" w:after="20"/>
              <w:jc w:val="center"/>
            </w:pPr>
            <w:r>
              <w:rPr>
                <w:b w:val="0"/>
                <w:color w:val="B91C1C"/>
                <w:sz w:val="26"/>
              </w:rPr>
              <w:t>☐</w:t>
            </w:r>
          </w:p>
        </w:tc>
        <w:tc>
          <w:tcPr>
            <w:tcW w:type="dxa" w:w="5760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  <w:shd w:val="clear" w:fill="FEF2F2"/>
          </w:tcPr>
          <w:p>
            <w:pPr>
              <w:spacing w:before="20" w:after="20"/>
            </w:pPr>
            <w:r>
              <w:rPr>
                <w:b w:val="0"/>
                <w:color w:val="14532D"/>
                <w:sz w:val="18"/>
              </w:rPr>
              <w:t>Outdoor lights</w:t>
            </w:r>
          </w:p>
        </w:tc>
        <w:tc>
          <w:tcPr>
            <w:tcW w:type="dxa" w:w="3312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  <w:shd w:val="clear" w:fill="FEF2F2"/>
          </w:tcPr>
          <w:p/>
        </w:tc>
        <w:tc>
          <w:tcPr>
            <w:tcW w:type="dxa" w:w="1152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  <w:shd w:val="clear" w:fill="FEF2F2"/>
          </w:tcPr>
          <w:p/>
        </w:tc>
      </w:tr>
      <w:tr>
        <w:trPr>
          <w:trHeight w:val="345" w:hRule="atLeast"/>
        </w:trPr>
        <w:tc>
          <w:tcPr>
            <w:tcW w:type="dxa" w:w="576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B91C1C"/>
                <w:sz w:val="26"/>
              </w:rPr>
              <w:t>☐</w:t>
            </w:r>
          </w:p>
        </w:tc>
        <w:tc>
          <w:tcPr>
            <w:tcW w:type="dxa" w:w="5760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</w:tcPr>
          <w:p>
            <w:pPr>
              <w:spacing w:before="20" w:after="20"/>
            </w:pPr>
            <w:r>
              <w:rPr>
                <w:b w:val="0"/>
                <w:color w:val="14532D"/>
                <w:sz w:val="18"/>
              </w:rPr>
              <w:t>Book travel / confirm guests</w:t>
            </w:r>
          </w:p>
        </w:tc>
        <w:tc>
          <w:tcPr>
            <w:tcW w:type="dxa" w:w="3312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</w:tcPr>
          <w:p/>
        </w:tc>
        <w:tc>
          <w:tcPr>
            <w:tcW w:type="dxa" w:w="1152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</w:tcPr>
          <w:p/>
        </w:tc>
      </w:tr>
      <w:tr>
        <w:trPr>
          <w:trHeight w:val="345" w:hRule="atLeast"/>
        </w:trPr>
        <w:tc>
          <w:tcPr>
            <w:tcW w:type="dxa" w:w="576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  <w:shd w:val="clear" w:fill="FEF2F2"/>
          </w:tcPr>
          <w:p>
            <w:pPr>
              <w:spacing w:before="20" w:after="20"/>
              <w:jc w:val="center"/>
            </w:pPr>
            <w:r>
              <w:rPr>
                <w:b w:val="0"/>
                <w:color w:val="B91C1C"/>
                <w:sz w:val="26"/>
              </w:rPr>
              <w:t>☐</w:t>
            </w:r>
          </w:p>
        </w:tc>
        <w:tc>
          <w:tcPr>
            <w:tcW w:type="dxa" w:w="5760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  <w:shd w:val="clear" w:fill="FEF2F2"/>
          </w:tcPr>
          <w:p/>
        </w:tc>
        <w:tc>
          <w:tcPr>
            <w:tcW w:type="dxa" w:w="3312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  <w:shd w:val="clear" w:fill="FEF2F2"/>
          </w:tcPr>
          <w:p/>
        </w:tc>
        <w:tc>
          <w:tcPr>
            <w:tcW w:type="dxa" w:w="1152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  <w:shd w:val="clear" w:fill="FEF2F2"/>
          </w:tcPr>
          <w:p/>
        </w:tc>
      </w:tr>
      <w:tr>
        <w:trPr>
          <w:trHeight w:val="345" w:hRule="atLeast"/>
        </w:trPr>
        <w:tc>
          <w:tcPr>
            <w:tcW w:type="dxa" w:w="576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B91C1C"/>
                <w:sz w:val="26"/>
              </w:rPr>
              <w:t>☐</w:t>
            </w:r>
          </w:p>
        </w:tc>
        <w:tc>
          <w:tcPr>
            <w:tcW w:type="dxa" w:w="5760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</w:tcPr>
          <w:p/>
        </w:tc>
        <w:tc>
          <w:tcPr>
            <w:tcW w:type="dxa" w:w="3312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</w:tcPr>
          <w:p/>
        </w:tc>
        <w:tc>
          <w:tcPr>
            <w:tcW w:type="dxa" w:w="1152"/>
            <w:tcBorders>
              <w:top w:val="single" w:sz="4" w:color="FECACA"/>
              <w:bottom w:val="single" w:sz="4" w:color="FECACA"/>
              <w:left w:val="single" w:sz="4" w:color="FECACA"/>
              <w:right w:val="single" w:sz="4" w:color="FECACA"/>
            </w:tcBorders>
          </w:tcPr>
          <w:p/>
        </w:tc>
      </w:tr>
    </w:tbl>
    <w:p>
      <w:pPr>
        <w:spacing w:after="40"/>
      </w:pPr>
    </w:p>
    <w:p>
      <w:pPr>
        <w:spacing w:before="200"/>
        <w:jc w:val="center"/>
      </w:pPr>
      <w:r>
        <w:rPr>
          <w:color w:val="7F1D1D"/>
          <w:sz w:val="15"/>
        </w:rPr>
        <w:t>Free to-do list template from Apollo's Templates — www.apollostemplates.com/to-do-lists/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